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B77BF" w14:textId="33F03D41" w:rsidR="00214BA8" w:rsidRPr="0038171E" w:rsidRDefault="00214BA8" w:rsidP="00214BA8">
      <w:pPr>
        <w:widowControl w:val="0"/>
        <w:spacing w:after="0"/>
        <w:ind w:left="180"/>
        <w:jc w:val="center"/>
        <w:rPr>
          <w:rFonts w:ascii="Arial" w:hAnsi="Arial" w:cs="Arial"/>
          <w:b/>
          <w:bCs/>
          <w:sz w:val="32"/>
          <w:szCs w:val="32"/>
          <w:lang w:val="en-GB"/>
        </w:rPr>
      </w:pPr>
      <w:r w:rsidRPr="0038171E">
        <w:rPr>
          <w:rFonts w:ascii="Arial" w:hAnsi="Arial" w:cs="Arial"/>
          <w:b/>
          <w:bCs/>
          <w:sz w:val="32"/>
          <w:szCs w:val="32"/>
          <w:lang w:val="en-GB"/>
        </w:rPr>
        <w:t>G</w:t>
      </w:r>
      <w:r>
        <w:rPr>
          <w:rFonts w:ascii="Arial" w:hAnsi="Arial" w:cs="Arial"/>
          <w:b/>
          <w:bCs/>
          <w:sz w:val="32"/>
          <w:szCs w:val="32"/>
          <w:lang w:val="en-GB"/>
        </w:rPr>
        <w:t>rade</w:t>
      </w:r>
      <w:r w:rsidRPr="0038171E">
        <w:rPr>
          <w:rFonts w:ascii="Arial" w:hAnsi="Arial" w:cs="Arial"/>
          <w:b/>
          <w:bCs/>
          <w:sz w:val="32"/>
          <w:szCs w:val="32"/>
          <w:lang w:val="en-GB"/>
        </w:rPr>
        <w:t xml:space="preserve"> IV – T</w:t>
      </w:r>
      <w:r>
        <w:rPr>
          <w:rFonts w:ascii="Arial" w:hAnsi="Arial" w:cs="Arial"/>
          <w:b/>
          <w:bCs/>
          <w:sz w:val="32"/>
          <w:szCs w:val="32"/>
          <w:lang w:val="en-GB"/>
        </w:rPr>
        <w:t>opic</w:t>
      </w:r>
      <w:r w:rsidRPr="0038171E">
        <w:rPr>
          <w:rFonts w:ascii="Arial" w:hAnsi="Arial" w:cs="Arial"/>
          <w:b/>
          <w:bCs/>
          <w:sz w:val="32"/>
          <w:szCs w:val="32"/>
          <w:lang w:val="en-GB"/>
        </w:rPr>
        <w:t xml:space="preserve"> </w:t>
      </w:r>
      <w:r w:rsidR="005E7744">
        <w:rPr>
          <w:rFonts w:ascii="Arial" w:hAnsi="Arial" w:cs="Arial"/>
          <w:b/>
          <w:bCs/>
          <w:sz w:val="32"/>
          <w:szCs w:val="32"/>
          <w:lang w:val="en-GB"/>
        </w:rPr>
        <w:t>2</w:t>
      </w:r>
    </w:p>
    <w:p w14:paraId="17752931" w14:textId="77777777" w:rsidR="001C39FB" w:rsidRDefault="001C39FB" w:rsidP="00214BA8">
      <w:pPr>
        <w:pStyle w:val="Nzev"/>
        <w:spacing w:after="0"/>
      </w:pPr>
    </w:p>
    <w:p w14:paraId="3EEFEDAD" w14:textId="6EAAC9C9" w:rsidR="002E325E" w:rsidRPr="00214BA8" w:rsidRDefault="00803F8A" w:rsidP="00214BA8">
      <w:pPr>
        <w:pStyle w:val="Nzev"/>
        <w:spacing w:after="0"/>
        <w:rPr>
          <w:sz w:val="44"/>
          <w:szCs w:val="44"/>
        </w:rPr>
      </w:pPr>
      <w:r w:rsidRPr="00214BA8">
        <w:rPr>
          <w:sz w:val="44"/>
          <w:szCs w:val="44"/>
        </w:rPr>
        <w:t xml:space="preserve">MEDIA, </w:t>
      </w:r>
      <w:r w:rsidRPr="00214BA8">
        <w:rPr>
          <w:sz w:val="40"/>
          <w:szCs w:val="40"/>
        </w:rPr>
        <w:t>SOCIAL</w:t>
      </w:r>
      <w:r w:rsidRPr="00214BA8">
        <w:rPr>
          <w:sz w:val="44"/>
          <w:szCs w:val="44"/>
        </w:rPr>
        <w:t xml:space="preserve"> MEDIA AND DIGITAL LIFE</w:t>
      </w:r>
    </w:p>
    <w:p w14:paraId="157DD619" w14:textId="77777777" w:rsidR="002E325E" w:rsidRDefault="00803F8A">
      <w:pPr>
        <w:pStyle w:val="Podnadpis"/>
      </w:pPr>
      <w:r>
        <w:t>Maturita – Preparation Questions (B1)</w:t>
      </w:r>
    </w:p>
    <w:p w14:paraId="178B452A" w14:textId="77777777" w:rsidR="002E325E" w:rsidRDefault="00803F8A">
      <w:pPr>
        <w:pStyle w:val="Nadpis1"/>
      </w:pPr>
      <w:r>
        <w:t>1. Traditional and Modern Media</w:t>
      </w:r>
    </w:p>
    <w:p w14:paraId="54E92C0E" w14:textId="77777777" w:rsidR="002E325E" w:rsidRDefault="00803F8A">
      <w:pPr>
        <w:pStyle w:val="slovanseznam"/>
      </w:pPr>
      <w:r>
        <w:t>How do you get the news?</w:t>
      </w:r>
    </w:p>
    <w:p w14:paraId="104C0016" w14:textId="77777777" w:rsidR="002E325E" w:rsidRDefault="00803F8A">
      <w:pPr>
        <w:pStyle w:val="slovanseznam"/>
      </w:pPr>
      <w:r>
        <w:t>Do you watch traditional TV?</w:t>
      </w:r>
    </w:p>
    <w:p w14:paraId="4EAC0E27" w14:textId="77777777" w:rsidR="002E325E" w:rsidRDefault="00803F8A">
      <w:pPr>
        <w:pStyle w:val="slovanseznam"/>
      </w:pPr>
      <w:r>
        <w:t>What are the advantages of streaming?</w:t>
      </w:r>
    </w:p>
    <w:p w14:paraId="39A7D6EB" w14:textId="77777777" w:rsidR="002E325E" w:rsidRDefault="00803F8A">
      <w:pPr>
        <w:pStyle w:val="Nadpis1"/>
      </w:pPr>
      <w:r>
        <w:t>2. The Internet in Everyday Life</w:t>
      </w:r>
    </w:p>
    <w:p w14:paraId="76ECCCA9" w14:textId="77777777" w:rsidR="002E325E" w:rsidRDefault="00803F8A">
      <w:pPr>
        <w:pStyle w:val="slovanseznam"/>
      </w:pPr>
      <w:r>
        <w:t>What do you use the internet for?</w:t>
      </w:r>
    </w:p>
    <w:p w14:paraId="757460AF" w14:textId="77777777" w:rsidR="002E325E" w:rsidRDefault="00803F8A">
      <w:pPr>
        <w:pStyle w:val="slovanseznam"/>
      </w:pPr>
      <w:r>
        <w:t>Which online service is most useful?</w:t>
      </w:r>
    </w:p>
    <w:p w14:paraId="0CAE0BFE" w14:textId="77777777" w:rsidR="002E325E" w:rsidRDefault="00803F8A">
      <w:pPr>
        <w:pStyle w:val="slovanseznam"/>
      </w:pPr>
      <w:r>
        <w:t>Could you manage without the internet?</w:t>
      </w:r>
    </w:p>
    <w:p w14:paraId="0C0ED0D7" w14:textId="77777777" w:rsidR="002E325E" w:rsidRDefault="00803F8A">
      <w:pPr>
        <w:pStyle w:val="Nadpis1"/>
      </w:pPr>
      <w:r>
        <w:t>3. Social Media and Influencers</w:t>
      </w:r>
    </w:p>
    <w:p w14:paraId="2F6E791C" w14:textId="77777777" w:rsidR="002E325E" w:rsidRDefault="00803F8A">
      <w:pPr>
        <w:pStyle w:val="slovanseznam"/>
      </w:pPr>
      <w:r>
        <w:t>Which social media do you use?</w:t>
      </w:r>
    </w:p>
    <w:p w14:paraId="3C28F912" w14:textId="77777777" w:rsidR="002E325E" w:rsidRDefault="00803F8A">
      <w:pPr>
        <w:pStyle w:val="slovanseznam"/>
      </w:pPr>
      <w:r>
        <w:t>Why do people follow influencers?</w:t>
      </w:r>
    </w:p>
    <w:p w14:paraId="0AE7EF79" w14:textId="77777777" w:rsidR="002E325E" w:rsidRDefault="00803F8A">
      <w:pPr>
        <w:pStyle w:val="slovanseznam"/>
      </w:pPr>
      <w:r>
        <w:t>Can social media affect self-confidence?</w:t>
      </w:r>
    </w:p>
    <w:p w14:paraId="7EDAB6D1" w14:textId="77777777" w:rsidR="002E325E" w:rsidRDefault="00803F8A">
      <w:pPr>
        <w:pStyle w:val="Nadpis1"/>
      </w:pPr>
      <w:r>
        <w:t>4. News, Fake News and Media Literacy</w:t>
      </w:r>
    </w:p>
    <w:p w14:paraId="27A4632B" w14:textId="77777777" w:rsidR="002E325E" w:rsidRDefault="00803F8A">
      <w:pPr>
        <w:pStyle w:val="slovanseznam"/>
      </w:pPr>
      <w:r>
        <w:t>Where do you get the news?</w:t>
      </w:r>
    </w:p>
    <w:p w14:paraId="687D2A2E" w14:textId="77777777" w:rsidR="002E325E" w:rsidRDefault="00803F8A">
      <w:pPr>
        <w:pStyle w:val="slovanseznam"/>
      </w:pPr>
      <w:r>
        <w:t>What is clickbait?</w:t>
      </w:r>
    </w:p>
    <w:p w14:paraId="24C82471" w14:textId="77777777" w:rsidR="002E325E" w:rsidRDefault="00803F8A">
      <w:pPr>
        <w:pStyle w:val="slovanseznam"/>
      </w:pPr>
      <w:r>
        <w:t>How can you check if news is true?</w:t>
      </w:r>
    </w:p>
    <w:p w14:paraId="2D2AD4F3" w14:textId="77777777" w:rsidR="002E325E" w:rsidRDefault="00803F8A">
      <w:pPr>
        <w:pStyle w:val="Nadpis1"/>
      </w:pPr>
      <w:r>
        <w:t>5. Artificial Intelligence in Everyday Life</w:t>
      </w:r>
    </w:p>
    <w:p w14:paraId="5F383635" w14:textId="77777777" w:rsidR="002E325E" w:rsidRDefault="00803F8A">
      <w:pPr>
        <w:pStyle w:val="slovanseznam"/>
      </w:pPr>
      <w:r>
        <w:t>Have you ever used an AI tool?</w:t>
      </w:r>
    </w:p>
    <w:p w14:paraId="0A84777C" w14:textId="77777777" w:rsidR="002E325E" w:rsidRDefault="00803F8A">
      <w:pPr>
        <w:pStyle w:val="slovanseznam"/>
      </w:pPr>
      <w:r>
        <w:t>How can AI help students?</w:t>
      </w:r>
    </w:p>
    <w:p w14:paraId="16E87690" w14:textId="77777777" w:rsidR="002E325E" w:rsidRDefault="00803F8A">
      <w:pPr>
        <w:pStyle w:val="slovanseznam"/>
      </w:pPr>
      <w:r>
        <w:t>When is using AI unfair?</w:t>
      </w:r>
    </w:p>
    <w:p w14:paraId="6F1933B9" w14:textId="77777777" w:rsidR="002E325E" w:rsidRDefault="00803F8A">
      <w:pPr>
        <w:pStyle w:val="Nadpis1"/>
      </w:pPr>
      <w:r>
        <w:t>6. Online Safety and Digital Footprint</w:t>
      </w:r>
    </w:p>
    <w:p w14:paraId="34E23000" w14:textId="77777777" w:rsidR="002E325E" w:rsidRDefault="00803F8A">
      <w:pPr>
        <w:pStyle w:val="slovanseznam"/>
      </w:pPr>
      <w:r>
        <w:t>How do you protect your accounts?</w:t>
      </w:r>
    </w:p>
    <w:p w14:paraId="64584A23" w14:textId="77777777" w:rsidR="002E325E" w:rsidRDefault="00803F8A">
      <w:pPr>
        <w:pStyle w:val="slovanseznam"/>
      </w:pPr>
      <w:r>
        <w:t>What is a digital footprint?</w:t>
      </w:r>
    </w:p>
    <w:p w14:paraId="2A210E43" w14:textId="77777777" w:rsidR="002E325E" w:rsidRDefault="00803F8A">
      <w:pPr>
        <w:pStyle w:val="slovanseznam"/>
      </w:pPr>
      <w:r>
        <w:t>What would you do if you received a suspicious link?</w:t>
      </w:r>
    </w:p>
    <w:p w14:paraId="512CE93F" w14:textId="77777777" w:rsidR="002E325E" w:rsidRDefault="00803F8A">
      <w:pPr>
        <w:pStyle w:val="Nadpis1"/>
      </w:pPr>
      <w:r>
        <w:t>7. Digital Entertainment</w:t>
      </w:r>
    </w:p>
    <w:p w14:paraId="42FCE59C" w14:textId="77777777" w:rsidR="002E325E" w:rsidRDefault="00803F8A">
      <w:pPr>
        <w:pStyle w:val="slovanseznam"/>
      </w:pPr>
      <w:r>
        <w:t>What do you watch or listen to online?</w:t>
      </w:r>
    </w:p>
    <w:p w14:paraId="7B0175B3" w14:textId="77777777" w:rsidR="002E325E" w:rsidRDefault="00803F8A">
      <w:pPr>
        <w:pStyle w:val="slovanseznam"/>
      </w:pPr>
      <w:r>
        <w:lastRenderedPageBreak/>
        <w:t>Do you play online games?</w:t>
      </w:r>
    </w:p>
    <w:p w14:paraId="020D40AD" w14:textId="77777777" w:rsidR="002E325E" w:rsidRDefault="00803F8A">
      <w:pPr>
        <w:pStyle w:val="slovanseznam"/>
      </w:pPr>
      <w:r>
        <w:t>Is streaming better than traditional TV?</w:t>
      </w:r>
    </w:p>
    <w:p w14:paraId="5176EF02" w14:textId="77777777" w:rsidR="002E325E" w:rsidRDefault="00803F8A">
      <w:pPr>
        <w:pStyle w:val="Nadpis1"/>
      </w:pPr>
      <w:r>
        <w:t>8. Digital Well-being and the Future</w:t>
      </w:r>
    </w:p>
    <w:p w14:paraId="5ABC087A" w14:textId="77777777" w:rsidR="002E325E" w:rsidRDefault="00803F8A">
      <w:pPr>
        <w:pStyle w:val="slovanseznam"/>
      </w:pPr>
      <w:r>
        <w:t>How much screen time is too much?</w:t>
      </w:r>
    </w:p>
    <w:p w14:paraId="7A9E1E9D" w14:textId="77777777" w:rsidR="002E325E" w:rsidRDefault="00803F8A">
      <w:pPr>
        <w:pStyle w:val="slovanseznam"/>
      </w:pPr>
      <w:r>
        <w:t>Could you spend one day without your phone?</w:t>
      </w:r>
    </w:p>
    <w:p w14:paraId="1F095543" w14:textId="77777777" w:rsidR="002E325E" w:rsidRDefault="00803F8A">
      <w:pPr>
        <w:pStyle w:val="slovanseznam"/>
      </w:pPr>
      <w:r>
        <w:t>How might technology change our lives?</w:t>
      </w:r>
    </w:p>
    <w:p w14:paraId="4418B84B" w14:textId="77777777" w:rsidR="002E325E" w:rsidRDefault="00803F8A">
      <w:r>
        <w:t>Prepare 2–3 simple sentences for each question. Include a reason or an example. Use: because, but, for example, in my opinion. You can talk about general examples if you do not want to share private experiences.</w:t>
      </w:r>
    </w:p>
    <w:sectPr w:rsidR="002E325E" w:rsidSect="00034616">
      <w:pgSz w:w="12240" w:h="15840"/>
      <w:pgMar w:top="1037" w:right="1800" w:bottom="1008" w:left="180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8212661">
    <w:abstractNumId w:val="8"/>
  </w:num>
  <w:num w:numId="2" w16cid:durableId="396974990">
    <w:abstractNumId w:val="6"/>
  </w:num>
  <w:num w:numId="3" w16cid:durableId="270358342">
    <w:abstractNumId w:val="5"/>
  </w:num>
  <w:num w:numId="4" w16cid:durableId="715205801">
    <w:abstractNumId w:val="4"/>
  </w:num>
  <w:num w:numId="5" w16cid:durableId="1928492567">
    <w:abstractNumId w:val="7"/>
  </w:num>
  <w:num w:numId="6" w16cid:durableId="1457676062">
    <w:abstractNumId w:val="3"/>
  </w:num>
  <w:num w:numId="7" w16cid:durableId="23989378">
    <w:abstractNumId w:val="2"/>
  </w:num>
  <w:num w:numId="8" w16cid:durableId="768743495">
    <w:abstractNumId w:val="1"/>
  </w:num>
  <w:num w:numId="9" w16cid:durableId="143159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39FB"/>
    <w:rsid w:val="00214BA8"/>
    <w:rsid w:val="0029639D"/>
    <w:rsid w:val="002E325E"/>
    <w:rsid w:val="00326F90"/>
    <w:rsid w:val="005E7744"/>
    <w:rsid w:val="00803F8A"/>
    <w:rsid w:val="00AA1D8D"/>
    <w:rsid w:val="00AC7E4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D2ECD"/>
  <w14:defaultImageDpi w14:val="300"/>
  <w15:docId w15:val="{C56CF0CB-6CA8-4DE4-BA16-3B97C36E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/>
    </w:pPr>
    <w:rPr>
      <w:rFonts w:ascii="Aptos" w:hAnsi="Aptos"/>
      <w:color w:val="183250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5B87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5B87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65B87"/>
      <w:spacing w:val="5"/>
      <w:kern w:val="28"/>
      <w:sz w:val="4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Lída Šitinová</cp:lastModifiedBy>
  <cp:revision>5</cp:revision>
  <dcterms:created xsi:type="dcterms:W3CDTF">2026-10-20T13:46:00Z</dcterms:created>
  <dcterms:modified xsi:type="dcterms:W3CDTF">2026-10-21T15:35:00Z</dcterms:modified>
  <cp:category/>
</cp:coreProperties>
</file>