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D6EDD" w14:textId="77777777" w:rsidR="00701408" w:rsidRDefault="00B0012F">
      <w:pPr>
        <w:pStyle w:val="Nzev"/>
      </w:pPr>
      <w:r>
        <w:t xml:space="preserve">MEDIA, SOCIAL </w:t>
      </w:r>
      <w:proofErr w:type="gramStart"/>
      <w:r>
        <w:t>MEDIA</w:t>
      </w:r>
      <w:proofErr w:type="gramEnd"/>
      <w:r>
        <w:t xml:space="preserve"> AND DIGITAL LIFE</w:t>
      </w:r>
    </w:p>
    <w:p w14:paraId="3CC2F731" w14:textId="77777777" w:rsidR="00701408" w:rsidRDefault="00B0012F">
      <w:pPr>
        <w:rPr>
          <w:rFonts w:hint="eastAsia"/>
        </w:rPr>
      </w:pPr>
      <w:r>
        <w:t xml:space="preserve">Vocabulary </w:t>
      </w:r>
      <w:proofErr w:type="gramStart"/>
      <w:r>
        <w:t>worksheet  •</w:t>
      </w:r>
      <w:proofErr w:type="gramEnd"/>
      <w:r>
        <w:t xml:space="preserve">  45 minutes  •  B1–B2</w:t>
      </w:r>
    </w:p>
    <w:p w14:paraId="1E91E3A7" w14:textId="77777777" w:rsidR="00701408" w:rsidRDefault="00B0012F">
      <w:pPr>
        <w:rPr>
          <w:rFonts w:hint="eastAsia"/>
        </w:rPr>
      </w:pPr>
      <w:r>
        <w:t>Name: ___________________________________    Class: __________    Date: ______________</w:t>
      </w:r>
    </w:p>
    <w:p w14:paraId="5DD730C4" w14:textId="73018BB3" w:rsidR="00701408" w:rsidRDefault="00B0012F">
      <w:pPr>
        <w:pStyle w:val="Nadpis1"/>
      </w:pPr>
      <w:proofErr w:type="gramStart"/>
      <w:r>
        <w:t>1  Match</w:t>
      </w:r>
      <w:proofErr w:type="gramEnd"/>
      <w:r>
        <w:t xml:space="preserve"> the words and meanings  </w:t>
      </w:r>
    </w:p>
    <w:p w14:paraId="2376CAC3" w14:textId="77777777" w:rsidR="00701408" w:rsidRDefault="00B0012F">
      <w:pPr>
        <w:rPr>
          <w:rFonts w:hint="eastAsia"/>
        </w:rPr>
      </w:pPr>
      <w:r>
        <w:t>Write the correct letter next to each word.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701408" w14:paraId="5FC51C0F" w14:textId="77777777">
        <w:tc>
          <w:tcPr>
            <w:tcW w:w="4986" w:type="dxa"/>
          </w:tcPr>
          <w:p w14:paraId="1F4D6279" w14:textId="77777777" w:rsidR="00701408" w:rsidRDefault="00B0012F">
            <w:pPr>
              <w:rPr>
                <w:rFonts w:hint="eastAsia"/>
              </w:rPr>
            </w:pPr>
            <w:r>
              <w:t xml:space="preserve">1. </w:t>
            </w:r>
            <w:proofErr w:type="gramStart"/>
            <w:r>
              <w:t>streaming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76C7884E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A  time</w:t>
            </w:r>
            <w:proofErr w:type="gramEnd"/>
            <w:r>
              <w:t xml:space="preserve"> spent using digital screens</w:t>
            </w:r>
          </w:p>
        </w:tc>
      </w:tr>
      <w:tr w:rsidR="00701408" w14:paraId="5980139B" w14:textId="77777777">
        <w:tc>
          <w:tcPr>
            <w:tcW w:w="4986" w:type="dxa"/>
          </w:tcPr>
          <w:p w14:paraId="27D251E1" w14:textId="77777777" w:rsidR="00701408" w:rsidRDefault="00B0012F">
            <w:pPr>
              <w:rPr>
                <w:rFonts w:hint="eastAsia"/>
              </w:rPr>
            </w:pPr>
            <w:r>
              <w:t xml:space="preserve">2. </w:t>
            </w:r>
            <w:proofErr w:type="gramStart"/>
            <w:r>
              <w:t>influencer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4A9BE3D4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B  a</w:t>
            </w:r>
            <w:proofErr w:type="gramEnd"/>
            <w:r>
              <w:t xml:space="preserve"> person who affects followers’ opinions online</w:t>
            </w:r>
          </w:p>
        </w:tc>
      </w:tr>
      <w:tr w:rsidR="00701408" w14:paraId="0B505ACC" w14:textId="77777777">
        <w:tc>
          <w:tcPr>
            <w:tcW w:w="4986" w:type="dxa"/>
          </w:tcPr>
          <w:p w14:paraId="217D081D" w14:textId="77777777" w:rsidR="00701408" w:rsidRDefault="00B0012F">
            <w:pPr>
              <w:rPr>
                <w:rFonts w:hint="eastAsia"/>
              </w:rPr>
            </w:pPr>
            <w:r>
              <w:t xml:space="preserve">3. reliable </w:t>
            </w:r>
            <w:proofErr w:type="gramStart"/>
            <w:r>
              <w:t>source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54ACFC1A" w14:textId="150B7256" w:rsidR="00701408" w:rsidRDefault="00B0012F">
            <w:pPr>
              <w:rPr>
                <w:rFonts w:hint="eastAsia"/>
              </w:rPr>
            </w:pPr>
            <w:proofErr w:type="gramStart"/>
            <w:r>
              <w:t>C  a</w:t>
            </w:r>
            <w:proofErr w:type="gramEnd"/>
            <w:r>
              <w:t xml:space="preserve"> recorded </w:t>
            </w:r>
            <w:r w:rsidR="004C625F">
              <w:t>program</w:t>
            </w:r>
            <w:r>
              <w:t xml:space="preserve"> you can listen to online</w:t>
            </w:r>
          </w:p>
        </w:tc>
      </w:tr>
      <w:tr w:rsidR="00701408" w14:paraId="6D6F95FF" w14:textId="77777777">
        <w:tc>
          <w:tcPr>
            <w:tcW w:w="4986" w:type="dxa"/>
          </w:tcPr>
          <w:p w14:paraId="24B8066C" w14:textId="77777777" w:rsidR="00701408" w:rsidRDefault="00B0012F">
            <w:pPr>
              <w:rPr>
                <w:rFonts w:hint="eastAsia"/>
              </w:rPr>
            </w:pPr>
            <w:r>
              <w:t xml:space="preserve">4. </w:t>
            </w:r>
            <w:proofErr w:type="gramStart"/>
            <w:r>
              <w:t>clickbait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42DB2D8F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D  watching</w:t>
            </w:r>
            <w:proofErr w:type="gramEnd"/>
            <w:r>
              <w:t xml:space="preserve"> or listening online without downloading first</w:t>
            </w:r>
          </w:p>
        </w:tc>
      </w:tr>
      <w:tr w:rsidR="00701408" w14:paraId="528FD22A" w14:textId="77777777">
        <w:tc>
          <w:tcPr>
            <w:tcW w:w="4986" w:type="dxa"/>
          </w:tcPr>
          <w:p w14:paraId="6CDA49AD" w14:textId="77777777" w:rsidR="00701408" w:rsidRDefault="00B0012F">
            <w:pPr>
              <w:rPr>
                <w:rFonts w:hint="eastAsia"/>
              </w:rPr>
            </w:pPr>
            <w:r>
              <w:t xml:space="preserve">5. digital </w:t>
            </w:r>
            <w:proofErr w:type="gramStart"/>
            <w:r>
              <w:t>footprint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0D495D60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E  information</w:t>
            </w:r>
            <w:proofErr w:type="gramEnd"/>
            <w:r>
              <w:t xml:space="preserve"> source you can trust</w:t>
            </w:r>
          </w:p>
        </w:tc>
      </w:tr>
      <w:tr w:rsidR="00701408" w14:paraId="6431C4BE" w14:textId="77777777">
        <w:tc>
          <w:tcPr>
            <w:tcW w:w="4986" w:type="dxa"/>
          </w:tcPr>
          <w:p w14:paraId="727E6820" w14:textId="77777777" w:rsidR="00701408" w:rsidRDefault="00B0012F">
            <w:pPr>
              <w:rPr>
                <w:rFonts w:hint="eastAsia"/>
              </w:rPr>
            </w:pPr>
            <w:r>
              <w:t xml:space="preserve">6. </w:t>
            </w:r>
            <w:proofErr w:type="gramStart"/>
            <w:r>
              <w:t>phishing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766D8FC7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F  online</w:t>
            </w:r>
            <w:proofErr w:type="gramEnd"/>
            <w:r>
              <w:t xml:space="preserve"> activity and information that leave a trace</w:t>
            </w:r>
          </w:p>
        </w:tc>
      </w:tr>
      <w:tr w:rsidR="00701408" w14:paraId="366996F2" w14:textId="77777777">
        <w:tc>
          <w:tcPr>
            <w:tcW w:w="4986" w:type="dxa"/>
          </w:tcPr>
          <w:p w14:paraId="6455AC2D" w14:textId="77777777" w:rsidR="00701408" w:rsidRDefault="00B0012F">
            <w:pPr>
              <w:rPr>
                <w:rFonts w:hint="eastAsia"/>
              </w:rPr>
            </w:pPr>
            <w:r>
              <w:t xml:space="preserve">7. screen </w:t>
            </w:r>
            <w:proofErr w:type="gramStart"/>
            <w:r>
              <w:t>time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45BB1D8D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G  a</w:t>
            </w:r>
            <w:proofErr w:type="gramEnd"/>
            <w:r>
              <w:t xml:space="preserve"> message designed to steal passwords or personal data</w:t>
            </w:r>
          </w:p>
        </w:tc>
      </w:tr>
      <w:tr w:rsidR="00701408" w14:paraId="2DB84303" w14:textId="77777777">
        <w:tc>
          <w:tcPr>
            <w:tcW w:w="4986" w:type="dxa"/>
          </w:tcPr>
          <w:p w14:paraId="0BD08AE6" w14:textId="77777777" w:rsidR="00701408" w:rsidRDefault="00B0012F">
            <w:pPr>
              <w:rPr>
                <w:rFonts w:hint="eastAsia"/>
              </w:rPr>
            </w:pPr>
            <w:r>
              <w:t xml:space="preserve">8. </w:t>
            </w:r>
            <w:proofErr w:type="gramStart"/>
            <w:r>
              <w:t>podcast  _</w:t>
            </w:r>
            <w:proofErr w:type="gramEnd"/>
            <w:r>
              <w:t>____</w:t>
            </w:r>
          </w:p>
        </w:tc>
        <w:tc>
          <w:tcPr>
            <w:tcW w:w="4986" w:type="dxa"/>
          </w:tcPr>
          <w:p w14:paraId="5A6D49E2" w14:textId="77777777" w:rsidR="00701408" w:rsidRDefault="00B0012F">
            <w:pPr>
              <w:rPr>
                <w:rFonts w:hint="eastAsia"/>
              </w:rPr>
            </w:pPr>
            <w:proofErr w:type="gramStart"/>
            <w:r>
              <w:t>H  a</w:t>
            </w:r>
            <w:proofErr w:type="gramEnd"/>
            <w:r>
              <w:t xml:space="preserve"> headline designed to make people click</w:t>
            </w:r>
          </w:p>
        </w:tc>
      </w:tr>
    </w:tbl>
    <w:p w14:paraId="10EF90C0" w14:textId="26277B01" w:rsidR="00701408" w:rsidRDefault="00B0012F">
      <w:pPr>
        <w:pStyle w:val="Nadpis1"/>
      </w:pPr>
      <w:proofErr w:type="gramStart"/>
      <w:r>
        <w:t>2  Complete</w:t>
      </w:r>
      <w:proofErr w:type="gramEnd"/>
      <w:r>
        <w:t xml:space="preserve"> the sentences </w:t>
      </w:r>
    </w:p>
    <w:p w14:paraId="5190D43D" w14:textId="77777777" w:rsidR="00701408" w:rsidRDefault="00B0012F">
      <w:pPr>
        <w:rPr>
          <w:rFonts w:hint="eastAsia"/>
        </w:rPr>
      </w:pPr>
      <w:r>
        <w:t>Use each expression once. Two expressions are extra.</w:t>
      </w:r>
    </w:p>
    <w:p w14:paraId="3C2B14BB" w14:textId="77777777" w:rsidR="00701408" w:rsidRDefault="00B0012F">
      <w:pPr>
        <w:rPr>
          <w:rFonts w:hint="eastAsia"/>
        </w:rPr>
      </w:pPr>
      <w:proofErr w:type="gramStart"/>
      <w:r>
        <w:rPr>
          <w:b/>
        </w:rPr>
        <w:t>privacy  •</w:t>
      </w:r>
      <w:proofErr w:type="gramEnd"/>
      <w:r>
        <w:rPr>
          <w:b/>
        </w:rPr>
        <w:t xml:space="preserve">  notifications  •  sponsored  •  fact-check  •  generate  •  cyberbullying  •  on demand  •  scams  •  share  •  translate  •  broadcast  •  newspaper</w:t>
      </w:r>
    </w:p>
    <w:p w14:paraId="5BC72B57" w14:textId="77777777" w:rsidR="00701408" w:rsidRDefault="00B0012F">
      <w:pPr>
        <w:rPr>
          <w:rFonts w:hint="eastAsia"/>
        </w:rPr>
      </w:pPr>
      <w:r>
        <w:t>1. Before reposting surprising news, I always __________ it.</w:t>
      </w:r>
    </w:p>
    <w:p w14:paraId="02D6878B" w14:textId="77777777" w:rsidR="00701408" w:rsidRDefault="00B0012F">
      <w:pPr>
        <w:rPr>
          <w:rFonts w:hint="eastAsia"/>
        </w:rPr>
      </w:pPr>
      <w:r>
        <w:t>2. A streaming platform lets you watch films __________.</w:t>
      </w:r>
    </w:p>
    <w:p w14:paraId="7B1A984A" w14:textId="77777777" w:rsidR="00701408" w:rsidRDefault="00B0012F">
      <w:pPr>
        <w:rPr>
          <w:rFonts w:hint="eastAsia"/>
        </w:rPr>
      </w:pPr>
      <w:r>
        <w:t>3. It is important to protect your online __________.</w:t>
      </w:r>
    </w:p>
    <w:p w14:paraId="465142F3" w14:textId="77777777" w:rsidR="00701408" w:rsidRDefault="00B0012F">
      <w:pPr>
        <w:rPr>
          <w:rFonts w:hint="eastAsia"/>
        </w:rPr>
      </w:pPr>
      <w:r>
        <w:t>4. Some influencers post __________ content because brands pay them.</w:t>
      </w:r>
    </w:p>
    <w:p w14:paraId="36823C9E" w14:textId="77777777" w:rsidR="00701408" w:rsidRDefault="00B0012F">
      <w:pPr>
        <w:rPr>
          <w:rFonts w:hint="eastAsia"/>
        </w:rPr>
      </w:pPr>
      <w:r>
        <w:t>5. AI tools can __________ pictures and texts.</w:t>
      </w:r>
    </w:p>
    <w:p w14:paraId="3D5C5928" w14:textId="77777777" w:rsidR="00701408" w:rsidRDefault="00B0012F">
      <w:pPr>
        <w:rPr>
          <w:rFonts w:hint="eastAsia"/>
        </w:rPr>
      </w:pPr>
      <w:r>
        <w:t>6. I turn off __________ when I need to concentrate.</w:t>
      </w:r>
    </w:p>
    <w:p w14:paraId="1AD5329E" w14:textId="77777777" w:rsidR="00701408" w:rsidRDefault="00B0012F">
      <w:pPr>
        <w:rPr>
          <w:rFonts w:hint="eastAsia"/>
        </w:rPr>
      </w:pPr>
      <w:r>
        <w:t>7. Do not __________ private photographs without permission.</w:t>
      </w:r>
    </w:p>
    <w:p w14:paraId="00039E23" w14:textId="77777777" w:rsidR="00701408" w:rsidRDefault="00B0012F">
      <w:pPr>
        <w:rPr>
          <w:rFonts w:hint="eastAsia"/>
        </w:rPr>
      </w:pPr>
      <w:r>
        <w:t>8. Online __________ can trick people into sending money.</w:t>
      </w:r>
    </w:p>
    <w:p w14:paraId="25D643D0" w14:textId="77777777" w:rsidR="00701408" w:rsidRDefault="00B0012F">
      <w:pPr>
        <w:rPr>
          <w:rFonts w:hint="eastAsia"/>
        </w:rPr>
      </w:pPr>
      <w:r>
        <w:t>9. AI can help students __________ difficult words into English.</w:t>
      </w:r>
    </w:p>
    <w:p w14:paraId="27F444A7" w14:textId="77777777" w:rsidR="00701408" w:rsidRDefault="00B0012F">
      <w:pPr>
        <w:rPr>
          <w:rFonts w:hint="eastAsia"/>
        </w:rPr>
      </w:pPr>
      <w:r>
        <w:t>10. Sending cruel messages repeatedly online is a form of __________.</w:t>
      </w:r>
    </w:p>
    <w:p w14:paraId="60FA83E9" w14:textId="0E3246BF" w:rsidR="00701408" w:rsidRDefault="00B0012F">
      <w:pPr>
        <w:pStyle w:val="Nadpis1"/>
      </w:pPr>
      <w:proofErr w:type="gramStart"/>
      <w:r>
        <w:t>3  Choose</w:t>
      </w:r>
      <w:proofErr w:type="gramEnd"/>
      <w:r>
        <w:t xml:space="preserve"> the correct word  </w:t>
      </w:r>
    </w:p>
    <w:p w14:paraId="05A35D8C" w14:textId="77777777" w:rsidR="00701408" w:rsidRDefault="00B0012F">
      <w:pPr>
        <w:rPr>
          <w:rFonts w:hint="eastAsia"/>
        </w:rPr>
      </w:pPr>
      <w:r>
        <w:t>1. A trustworthy / shocking source is one that you can believe.</w:t>
      </w:r>
    </w:p>
    <w:p w14:paraId="67488233" w14:textId="77777777" w:rsidR="00701408" w:rsidRDefault="00B0012F">
      <w:pPr>
        <w:rPr>
          <w:rFonts w:hint="eastAsia"/>
        </w:rPr>
      </w:pPr>
      <w:r>
        <w:t>2. I prefer streaming / broadcasting because I choose when to watch.</w:t>
      </w:r>
    </w:p>
    <w:p w14:paraId="63B7BD29" w14:textId="77777777" w:rsidR="00701408" w:rsidRDefault="00B0012F">
      <w:pPr>
        <w:rPr>
          <w:rFonts w:hint="eastAsia"/>
        </w:rPr>
      </w:pPr>
      <w:r>
        <w:t>3. A deepfake / podcast can be a realistic but fake AI-made video.</w:t>
      </w:r>
    </w:p>
    <w:p w14:paraId="1AE0B78C" w14:textId="77777777" w:rsidR="00701408" w:rsidRDefault="00B0012F">
      <w:pPr>
        <w:rPr>
          <w:rFonts w:hint="eastAsia"/>
        </w:rPr>
      </w:pPr>
      <w:r>
        <w:t>4. A strong password helps protect / advertise your account.</w:t>
      </w:r>
    </w:p>
    <w:p w14:paraId="39EE2DAF" w14:textId="77777777" w:rsidR="00701408" w:rsidRDefault="00B0012F">
      <w:pPr>
        <w:rPr>
          <w:rFonts w:hint="eastAsia"/>
        </w:rPr>
      </w:pPr>
      <w:r>
        <w:t>5. People often follow / upload influencers for tips and entertainment.</w:t>
      </w:r>
    </w:p>
    <w:p w14:paraId="015B526B" w14:textId="77777777" w:rsidR="00701408" w:rsidRDefault="00B0012F">
      <w:pPr>
        <w:rPr>
          <w:rFonts w:hint="eastAsia"/>
        </w:rPr>
      </w:pPr>
      <w:r>
        <w:t>6. Traditional television has fixed schedules / followers.</w:t>
      </w:r>
    </w:p>
    <w:p w14:paraId="27757D0F" w14:textId="77777777" w:rsidR="00701408" w:rsidRDefault="00B0012F">
      <w:pPr>
        <w:rPr>
          <w:rFonts w:hint="eastAsia"/>
        </w:rPr>
      </w:pPr>
      <w:r>
        <w:t>7. AI can make mistakes, so we should check / copy its answers.</w:t>
      </w:r>
    </w:p>
    <w:p w14:paraId="614B660A" w14:textId="77777777" w:rsidR="00701408" w:rsidRDefault="00B0012F">
      <w:pPr>
        <w:rPr>
          <w:rFonts w:hint="eastAsia"/>
        </w:rPr>
      </w:pPr>
      <w:r>
        <w:t>8. Too much screen time can affect your concentration / headline.</w:t>
      </w:r>
    </w:p>
    <w:p w14:paraId="24967ED0" w14:textId="1380B0BE" w:rsidR="00701408" w:rsidRDefault="00B0012F">
      <w:pPr>
        <w:pStyle w:val="Nadpis1"/>
      </w:pPr>
      <w:proofErr w:type="gramStart"/>
      <w:r>
        <w:t>4  Use</w:t>
      </w:r>
      <w:proofErr w:type="gramEnd"/>
      <w:r>
        <w:t xml:space="preserve"> vocabulary in context  </w:t>
      </w:r>
    </w:p>
    <w:p w14:paraId="3C8BC662" w14:textId="77777777" w:rsidR="00701408" w:rsidRDefault="00B0012F">
      <w:pPr>
        <w:rPr>
          <w:rFonts w:hint="eastAsia"/>
        </w:rPr>
      </w:pPr>
      <w:r>
        <w:t>Choose TWO situations. Write 2–3 English sentences for each. Use at least TWO expressions from the box in each answer.</w:t>
      </w:r>
    </w:p>
    <w:p w14:paraId="594668C1" w14:textId="77777777" w:rsidR="00701408" w:rsidRDefault="00B0012F">
      <w:pPr>
        <w:rPr>
          <w:rFonts w:hint="eastAsia"/>
        </w:rPr>
      </w:pPr>
      <w:r>
        <w:rPr>
          <w:b/>
        </w:rPr>
        <w:t xml:space="preserve">reliable </w:t>
      </w:r>
      <w:proofErr w:type="gramStart"/>
      <w:r>
        <w:rPr>
          <w:b/>
        </w:rPr>
        <w:t>source  •</w:t>
      </w:r>
      <w:proofErr w:type="gramEnd"/>
      <w:r>
        <w:rPr>
          <w:b/>
        </w:rPr>
        <w:t xml:space="preserve">  clickbait  •  fact-check  •  private information  •  phishing  •  AI tool  •  on demand  •  screen time  •  notifications  •  digital footprint</w:t>
      </w:r>
    </w:p>
    <w:p w14:paraId="7D2D9511" w14:textId="77777777" w:rsidR="00701408" w:rsidRDefault="00B0012F">
      <w:pPr>
        <w:spacing w:before="100"/>
        <w:rPr>
          <w:rFonts w:hint="eastAsia"/>
        </w:rPr>
      </w:pPr>
      <w:r>
        <w:lastRenderedPageBreak/>
        <w:t>A. You see a shocking headline on social media. What do you do?</w:t>
      </w:r>
    </w:p>
    <w:p w14:paraId="58BCAF06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59937123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08684481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2318B4D9" w14:textId="77777777" w:rsidR="00701408" w:rsidRDefault="00B0012F">
      <w:pPr>
        <w:spacing w:before="100"/>
        <w:rPr>
          <w:rFonts w:hint="eastAsia"/>
        </w:rPr>
      </w:pPr>
      <w:r>
        <w:t>B. Your friend receives a suspicious message asking for a password. Give advice.</w:t>
      </w:r>
    </w:p>
    <w:p w14:paraId="05DEB437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4BB44B1E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5EB28D05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02D8F1D4" w14:textId="77777777" w:rsidR="00701408" w:rsidRDefault="00B0012F">
      <w:pPr>
        <w:spacing w:before="100"/>
        <w:rPr>
          <w:rFonts w:hint="eastAsia"/>
        </w:rPr>
      </w:pPr>
      <w:r>
        <w:t>C. You use an AI tool for homework. Explain how to use it responsibly.</w:t>
      </w:r>
    </w:p>
    <w:p w14:paraId="57C212E7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4B5C0D4C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2577043D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61EA53A7" w14:textId="77777777" w:rsidR="00701408" w:rsidRDefault="00B0012F">
      <w:pPr>
        <w:spacing w:before="100"/>
        <w:rPr>
          <w:rFonts w:hint="eastAsia"/>
        </w:rPr>
      </w:pPr>
      <w:r>
        <w:t>D. Your friend spends too much time on their phone. Suggest two changes.</w:t>
      </w:r>
    </w:p>
    <w:p w14:paraId="7598100C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65AC8927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2716937B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2824A842" w14:textId="0B0E3B21" w:rsidR="00701408" w:rsidRDefault="00B0012F">
      <w:pPr>
        <w:pStyle w:val="Nadpis1"/>
      </w:pPr>
      <w:proofErr w:type="gramStart"/>
      <w:r>
        <w:t>5  Speak</w:t>
      </w:r>
      <w:proofErr w:type="gramEnd"/>
      <w:r>
        <w:t xml:space="preserve"> with a partner  </w:t>
      </w:r>
    </w:p>
    <w:p w14:paraId="2157A5E6" w14:textId="77777777" w:rsidR="00701408" w:rsidRDefault="00B0012F">
      <w:pPr>
        <w:rPr>
          <w:rFonts w:hint="eastAsia"/>
        </w:rPr>
      </w:pPr>
      <w:r>
        <w:t xml:space="preserve">Take turns. Ask and answer ALL THREE questions. Try to use at least TWO topic words in each </w:t>
      </w:r>
      <w:proofErr w:type="gramStart"/>
      <w:r>
        <w:t>answer, and</w:t>
      </w:r>
      <w:proofErr w:type="gramEnd"/>
      <w:r>
        <w:t xml:space="preserve"> add a reason </w:t>
      </w:r>
      <w:proofErr w:type="spellStart"/>
      <w:r>
        <w:t>or</w:t>
      </w:r>
      <w:proofErr w:type="spellEnd"/>
      <w:r>
        <w:t xml:space="preserve"> example.</w:t>
      </w:r>
    </w:p>
    <w:p w14:paraId="3A842BB1" w14:textId="77777777" w:rsidR="00701408" w:rsidRDefault="00B0012F">
      <w:pPr>
        <w:rPr>
          <w:rFonts w:hint="eastAsia"/>
        </w:rPr>
      </w:pPr>
      <w:r>
        <w:t>1. What do you use the internet and social media for?</w:t>
      </w:r>
    </w:p>
    <w:p w14:paraId="7B8CF58C" w14:textId="77777777" w:rsidR="00701408" w:rsidRDefault="00B0012F">
      <w:pPr>
        <w:rPr>
          <w:rFonts w:hint="eastAsia"/>
        </w:rPr>
      </w:pPr>
      <w:r>
        <w:t>2. How can you tell if online information is reliable?</w:t>
      </w:r>
    </w:p>
    <w:p w14:paraId="69B4EA4D" w14:textId="77777777" w:rsidR="00701408" w:rsidRDefault="00B0012F">
      <w:pPr>
        <w:rPr>
          <w:rFonts w:hint="eastAsia"/>
        </w:rPr>
      </w:pPr>
      <w:r>
        <w:t>3. What is one advantage and one risk of AI?</w:t>
      </w:r>
    </w:p>
    <w:p w14:paraId="5C8D8248" w14:textId="77777777" w:rsidR="00701408" w:rsidRDefault="00B0012F">
      <w:pPr>
        <w:rPr>
          <w:rFonts w:hint="eastAsia"/>
        </w:rPr>
      </w:pPr>
      <w:r>
        <w:t>My useful words: _______________________________________________________________</w:t>
      </w:r>
    </w:p>
    <w:p w14:paraId="3BCBFD17" w14:textId="77777777" w:rsidR="00701408" w:rsidRDefault="00B0012F">
      <w:pPr>
        <w:rPr>
          <w:rFonts w:hint="eastAsia"/>
        </w:rPr>
      </w:pPr>
      <w:r>
        <w:t>________________________________________________________________________________</w:t>
      </w:r>
    </w:p>
    <w:p w14:paraId="1BB93BA4" w14:textId="77777777" w:rsidR="00701408" w:rsidRDefault="00B0012F">
      <w:pPr>
        <w:rPr>
          <w:rFonts w:hint="eastAsia"/>
        </w:rPr>
      </w:pPr>
      <w:r>
        <w:t xml:space="preserve">SELF-CHECK   □ I used new vocabulary.    □ I gave a reason </w:t>
      </w:r>
      <w:proofErr w:type="spellStart"/>
      <w:r>
        <w:t>or</w:t>
      </w:r>
      <w:proofErr w:type="spellEnd"/>
      <w:r>
        <w:t xml:space="preserve"> example.    □ I spoke in full sentences.</w:t>
      </w:r>
    </w:p>
    <w:sectPr w:rsidR="00701408" w:rsidSect="00034616">
      <w:headerReference w:type="default" r:id="rId8"/>
      <w:footerReference w:type="default" r:id="rId9"/>
      <w:pgSz w:w="12240" w:h="15840"/>
      <w:pgMar w:top="680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E49EC" w14:textId="77777777" w:rsidR="00751564" w:rsidRDefault="0075156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4332B48" w14:textId="77777777" w:rsidR="00751564" w:rsidRDefault="0075156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1EADD" w14:textId="77777777" w:rsidR="00701408" w:rsidRDefault="00B0012F">
    <w:pPr>
      <w:pStyle w:val="Zpat"/>
      <w:jc w:val="center"/>
      <w:rPr>
        <w:rFonts w:hint="eastAsia"/>
      </w:rPr>
    </w:pPr>
    <w:r>
      <w:t xml:space="preserve">Media, Social Media and Digital </w:t>
    </w:r>
    <w:proofErr w:type="gramStart"/>
    <w:r>
      <w:t>Life  |</w:t>
    </w:r>
    <w:proofErr w:type="gramEnd"/>
    <w:r>
      <w:t xml:space="preserve">  B1–B2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57ED1" w14:textId="77777777" w:rsidR="00751564" w:rsidRDefault="0075156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6E702B" w14:textId="77777777" w:rsidR="00751564" w:rsidRDefault="0075156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FAEFB" w14:textId="77777777" w:rsidR="00701408" w:rsidRDefault="00B0012F">
    <w:pPr>
      <w:pStyle w:val="Titulek"/>
      <w:rPr>
        <w:rFonts w:hint="eastAsia"/>
      </w:rPr>
    </w:pPr>
    <w:r>
      <w:t xml:space="preserve">ENGLISH </w:t>
    </w:r>
    <w:proofErr w:type="gramStart"/>
    <w:r>
      <w:t>MATURITA  •</w:t>
    </w:r>
    <w:proofErr w:type="gramEnd"/>
    <w:r>
      <w:t xml:space="preserve">  VOCABULARY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625F"/>
    <w:rsid w:val="00701408"/>
    <w:rsid w:val="00751564"/>
    <w:rsid w:val="00AA1D8D"/>
    <w:rsid w:val="00B0012F"/>
    <w:rsid w:val="00B47730"/>
    <w:rsid w:val="00CB0664"/>
    <w:rsid w:val="00D14C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2A4AC"/>
  <w14:defaultImageDpi w14:val="300"/>
  <w15:docId w15:val="{59A49CCF-5D47-4039-A012-E318FECF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83551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color w:val="18355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 Klikarová</cp:lastModifiedBy>
  <cp:revision>3</cp:revision>
  <dcterms:created xsi:type="dcterms:W3CDTF">2026-10-20T13:55:00Z</dcterms:created>
  <dcterms:modified xsi:type="dcterms:W3CDTF">2026-10-20T14:43:00Z</dcterms:modified>
  <cp:category/>
</cp:coreProperties>
</file>