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DE31B" w14:textId="77777777" w:rsidR="00422024" w:rsidRDefault="00417408">
      <w:pPr>
        <w:pStyle w:val="Nzev"/>
      </w:pPr>
      <w:r>
        <w:t>MEDIA, SOCIAL MEDIA AND DIGITAL LIFE</w:t>
      </w:r>
    </w:p>
    <w:p w14:paraId="111E505D" w14:textId="77777777" w:rsidR="00422024" w:rsidRDefault="00417408">
      <w:pPr>
        <w:pStyle w:val="Podnadpis"/>
      </w:pPr>
      <w:r>
        <w:t>ENGLISH MATURITA  |  Speaking guide  |  B1–B2</w:t>
      </w:r>
    </w:p>
    <w:p w14:paraId="52FDB32F" w14:textId="77777777" w:rsidR="00422024" w:rsidRDefault="00417408">
      <w:pPr>
        <w:pStyle w:val="Nadpis1"/>
      </w:pPr>
      <w:r>
        <w:t>Your speaking goal</w:t>
      </w:r>
    </w:p>
    <w:p w14:paraId="69D00324" w14:textId="77777777" w:rsidR="00422024" w:rsidRDefault="00417408">
      <w:pPr>
        <w:rPr>
          <w:rFonts w:hint="eastAsia"/>
        </w:rPr>
      </w:pPr>
      <w:r>
        <w:t>Speak naturally about how media and the internet influence your everyday life. Compare traditional and modern media, discuss social media and AI, explain online risks and give your personal opinion. Give a reason and an example, not only a list.</w:t>
      </w:r>
    </w:p>
    <w:p w14:paraId="6C155996" w14:textId="77777777" w:rsidR="00422024" w:rsidRDefault="00417408">
      <w:pPr>
        <w:pStyle w:val="Nadpis1"/>
      </w:pPr>
      <w:r>
        <w:t>Suggested structure for a 7-minute answer</w:t>
      </w:r>
    </w:p>
    <w:p w14:paraId="0A1AC3B6" w14:textId="77777777" w:rsidR="00422024" w:rsidRDefault="00417408">
      <w:pPr>
        <w:pStyle w:val="Seznamsodrkami"/>
        <w:rPr>
          <w:rFonts w:hint="eastAsia"/>
        </w:rPr>
      </w:pPr>
      <w:r>
        <w:t>1. Media today — traditional versus modern media</w:t>
      </w:r>
    </w:p>
    <w:p w14:paraId="3FD2C61A" w14:textId="77777777" w:rsidR="00422024" w:rsidRDefault="00417408">
      <w:pPr>
        <w:pStyle w:val="Seznamsodrkami"/>
        <w:rPr>
          <w:rFonts w:hint="eastAsia"/>
        </w:rPr>
      </w:pPr>
      <w:r>
        <w:t>2. My digital routine — internet and social media</w:t>
      </w:r>
    </w:p>
    <w:p w14:paraId="1406BB00" w14:textId="77777777" w:rsidR="00422024" w:rsidRDefault="00417408">
      <w:pPr>
        <w:pStyle w:val="Seznamsodrkami"/>
        <w:rPr>
          <w:rFonts w:hint="eastAsia"/>
        </w:rPr>
      </w:pPr>
      <w:r>
        <w:t>3. Information — online news and how to check it</w:t>
      </w:r>
    </w:p>
    <w:p w14:paraId="6140A386" w14:textId="77777777" w:rsidR="00422024" w:rsidRDefault="00417408">
      <w:pPr>
        <w:pStyle w:val="Seznamsodrkami"/>
        <w:rPr>
          <w:rFonts w:hint="eastAsia"/>
        </w:rPr>
      </w:pPr>
      <w:r>
        <w:t>4. AI — practical uses and limits</w:t>
      </w:r>
    </w:p>
    <w:p w14:paraId="07CE322F" w14:textId="77777777" w:rsidR="00422024" w:rsidRDefault="00417408">
      <w:pPr>
        <w:pStyle w:val="Seznamsodrkami"/>
        <w:rPr>
          <w:rFonts w:hint="eastAsia"/>
        </w:rPr>
      </w:pPr>
      <w:r>
        <w:t>5. Safety — privacy and online risks</w:t>
      </w:r>
    </w:p>
    <w:p w14:paraId="0C67FB23" w14:textId="77777777" w:rsidR="00422024" w:rsidRDefault="00417408">
      <w:pPr>
        <w:pStyle w:val="Seznamsodrkami"/>
        <w:rPr>
          <w:rFonts w:hint="eastAsia"/>
        </w:rPr>
      </w:pPr>
      <w:r>
        <w:t>6. Entertainment — streaming, music, games</w:t>
      </w:r>
    </w:p>
    <w:p w14:paraId="0C1A1AD3" w14:textId="77777777" w:rsidR="00422024" w:rsidRDefault="00417408">
      <w:pPr>
        <w:pStyle w:val="Seznamsodrkami"/>
        <w:rPr>
          <w:rFonts w:hint="eastAsia"/>
        </w:rPr>
      </w:pPr>
      <w:r>
        <w:t>7. My opinion — screen time and future</w:t>
      </w:r>
    </w:p>
    <w:p w14:paraId="6083D177" w14:textId="77777777" w:rsidR="00422024" w:rsidRDefault="00417408">
      <w:pPr>
        <w:rPr>
          <w:rFonts w:hint="eastAsia"/>
        </w:rPr>
      </w:pPr>
      <w:r>
        <w:t>Remember: answer + reason + example. You do not have to give every section equal time.</w:t>
      </w:r>
    </w:p>
    <w:p w14:paraId="3C07A0A4" w14:textId="77777777" w:rsidR="00422024" w:rsidRDefault="00417408">
      <w:pPr>
        <w:pStyle w:val="Nadpis1"/>
      </w:pPr>
      <w:r>
        <w:t>1  Traditional and Modern Media</w:t>
      </w:r>
    </w:p>
    <w:p w14:paraId="0BAA8853" w14:textId="77777777" w:rsidR="00422024" w:rsidRDefault="00417408">
      <w:pPr>
        <w:rPr>
          <w:rFonts w:hint="eastAsia"/>
        </w:rPr>
      </w:pPr>
      <w:r>
        <w:t>Traditional media: newspapers, magazines, radio and television. Modern media: online news, streaming services, podcasts and social media.</w:t>
      </w:r>
    </w:p>
    <w:tbl>
      <w:tblPr>
        <w:tblStyle w:val="Svtlstnovnzvraznn1"/>
        <w:tblW w:w="0" w:type="auto"/>
        <w:tblLook w:val="04A0" w:firstRow="1" w:lastRow="0" w:firstColumn="1" w:lastColumn="0" w:noHBand="0" w:noVBand="1"/>
      </w:tblPr>
      <w:tblGrid>
        <w:gridCol w:w="4320"/>
        <w:gridCol w:w="4320"/>
      </w:tblGrid>
      <w:tr w:rsidR="00422024" w14:paraId="01E948E8"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83C9C57" w14:textId="77777777" w:rsidR="00422024" w:rsidRDefault="00417408">
            <w:pPr>
              <w:rPr>
                <w:rFonts w:hint="eastAsia"/>
              </w:rPr>
            </w:pPr>
            <w:r>
              <w:t>Useful vocabulary</w:t>
            </w:r>
          </w:p>
        </w:tc>
        <w:tc>
          <w:tcPr>
            <w:tcW w:w="4320" w:type="dxa"/>
          </w:tcPr>
          <w:p w14:paraId="38467452"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6D75D444"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D9E9AF6" w14:textId="77777777" w:rsidR="00422024" w:rsidRDefault="00417408">
            <w:pPr>
              <w:rPr>
                <w:rFonts w:hint="eastAsia"/>
              </w:rPr>
            </w:pPr>
            <w:r>
              <w:t>traditional media</w:t>
            </w:r>
          </w:p>
        </w:tc>
        <w:tc>
          <w:tcPr>
            <w:tcW w:w="4320" w:type="dxa"/>
          </w:tcPr>
          <w:p w14:paraId="78ABAF6D"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newspapers, magazines, television and radio</w:t>
            </w:r>
          </w:p>
        </w:tc>
      </w:tr>
      <w:tr w:rsidR="00422024" w14:paraId="7AED61CE"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5C5D35A7" w14:textId="77777777" w:rsidR="00422024" w:rsidRDefault="00417408">
            <w:pPr>
              <w:rPr>
                <w:rFonts w:hint="eastAsia"/>
              </w:rPr>
            </w:pPr>
            <w:r>
              <w:t>digital media</w:t>
            </w:r>
          </w:p>
        </w:tc>
        <w:tc>
          <w:tcPr>
            <w:tcW w:w="4320" w:type="dxa"/>
          </w:tcPr>
          <w:p w14:paraId="7EE038BB"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online platforms and services</w:t>
            </w:r>
          </w:p>
        </w:tc>
      </w:tr>
      <w:tr w:rsidR="00422024" w14:paraId="0AD2A42B"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FCE100C" w14:textId="77777777" w:rsidR="00422024" w:rsidRDefault="00417408">
            <w:pPr>
              <w:rPr>
                <w:rFonts w:hint="eastAsia"/>
              </w:rPr>
            </w:pPr>
            <w:r>
              <w:t>streaming service</w:t>
            </w:r>
          </w:p>
        </w:tc>
        <w:tc>
          <w:tcPr>
            <w:tcW w:w="4320" w:type="dxa"/>
          </w:tcPr>
          <w:p w14:paraId="1F4A9213"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 service for watching or listening on demand</w:t>
            </w:r>
          </w:p>
        </w:tc>
      </w:tr>
      <w:tr w:rsidR="00422024" w14:paraId="6E9298CD"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4DF0C11D" w14:textId="3D918E2C" w:rsidR="00422024" w:rsidRDefault="0039514E">
            <w:pPr>
              <w:rPr>
                <w:rFonts w:hint="eastAsia"/>
              </w:rPr>
            </w:pPr>
            <w:r>
              <w:rPr>
                <w:rFonts w:hint="eastAsia"/>
              </w:rPr>
              <w:t>P</w:t>
            </w:r>
            <w:r w:rsidR="00417408">
              <w:t>odcast</w:t>
            </w:r>
          </w:p>
        </w:tc>
        <w:tc>
          <w:tcPr>
            <w:tcW w:w="4320" w:type="dxa"/>
          </w:tcPr>
          <w:p w14:paraId="282D57EB"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programme you can listen to online</w:t>
            </w:r>
          </w:p>
        </w:tc>
      </w:tr>
      <w:tr w:rsidR="00422024" w14:paraId="37E48403"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8FCE6CA" w14:textId="77777777" w:rsidR="00422024" w:rsidRDefault="00417408">
            <w:pPr>
              <w:rPr>
                <w:rFonts w:hint="eastAsia"/>
              </w:rPr>
            </w:pPr>
            <w:r>
              <w:t>on demand</w:t>
            </w:r>
          </w:p>
        </w:tc>
        <w:tc>
          <w:tcPr>
            <w:tcW w:w="4320" w:type="dxa"/>
          </w:tcPr>
          <w:p w14:paraId="692E7FAA"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whenever you choose</w:t>
            </w:r>
          </w:p>
        </w:tc>
      </w:tr>
    </w:tbl>
    <w:p w14:paraId="54A9261B" w14:textId="77777777" w:rsidR="00422024" w:rsidRDefault="00417408">
      <w:pPr>
        <w:pStyle w:val="Nadpis2"/>
      </w:pPr>
      <w:r>
        <w:t>Questions to develop your answer</w:t>
      </w:r>
    </w:p>
    <w:p w14:paraId="7827AA6E" w14:textId="77777777" w:rsidR="00422024" w:rsidRDefault="00417408">
      <w:pPr>
        <w:pStyle w:val="Seznamsodrkami"/>
        <w:rPr>
          <w:rFonts w:hint="eastAsia"/>
        </w:rPr>
      </w:pPr>
      <w:r>
        <w:t>How do you get the news?</w:t>
      </w:r>
    </w:p>
    <w:p w14:paraId="24C228E3" w14:textId="77777777" w:rsidR="00422024" w:rsidRDefault="00417408">
      <w:pPr>
        <w:pStyle w:val="Seznamsodrkami"/>
        <w:rPr>
          <w:rFonts w:hint="eastAsia"/>
        </w:rPr>
      </w:pPr>
      <w:r>
        <w:t>Do you watch traditional TV?</w:t>
      </w:r>
    </w:p>
    <w:p w14:paraId="47A747BC" w14:textId="77777777" w:rsidR="00422024" w:rsidRDefault="00417408">
      <w:pPr>
        <w:pStyle w:val="Seznamsodrkami"/>
        <w:rPr>
          <w:rFonts w:hint="eastAsia"/>
        </w:rPr>
      </w:pPr>
      <w:r>
        <w:t>What are the advantages of streaming?</w:t>
      </w:r>
    </w:p>
    <w:p w14:paraId="7777C4C5" w14:textId="77777777" w:rsidR="00422024" w:rsidRDefault="00417408">
      <w:pPr>
        <w:rPr>
          <w:rFonts w:hint="eastAsia"/>
        </w:rPr>
      </w:pPr>
      <w:r>
        <w:rPr>
          <w:b/>
        </w:rPr>
        <w:t xml:space="preserve">Example: </w:t>
      </w:r>
      <w:r>
        <w:t>I rarely watch traditional TV. I prefer streaming because I can choose what to watch and when. However, television is still useful for live news and sport.</w:t>
      </w:r>
    </w:p>
    <w:p w14:paraId="48C4B2BA" w14:textId="77777777" w:rsidR="00422024" w:rsidRDefault="00417408">
      <w:pPr>
        <w:pStyle w:val="Nadpis1"/>
      </w:pPr>
      <w:r>
        <w:t>2  The Internet in Everyday Life</w:t>
      </w:r>
    </w:p>
    <w:p w14:paraId="3D095878" w14:textId="77777777" w:rsidR="00422024" w:rsidRDefault="00417408">
      <w:pPr>
        <w:rPr>
          <w:rFonts w:hint="eastAsia"/>
        </w:rPr>
      </w:pPr>
      <w:r>
        <w:t>The internet helps us communicate, study, work, shop, pay bills, find information and use maps. We should also think about how much time we spend online.</w:t>
      </w:r>
    </w:p>
    <w:tbl>
      <w:tblPr>
        <w:tblStyle w:val="Svtlstnovnzvraznn1"/>
        <w:tblW w:w="0" w:type="auto"/>
        <w:tblLook w:val="04A0" w:firstRow="1" w:lastRow="0" w:firstColumn="1" w:lastColumn="0" w:noHBand="0" w:noVBand="1"/>
      </w:tblPr>
      <w:tblGrid>
        <w:gridCol w:w="4320"/>
        <w:gridCol w:w="4320"/>
      </w:tblGrid>
      <w:tr w:rsidR="00422024" w14:paraId="570B770C"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A93D7B3" w14:textId="77777777" w:rsidR="00422024" w:rsidRDefault="00417408">
            <w:pPr>
              <w:rPr>
                <w:rFonts w:hint="eastAsia"/>
              </w:rPr>
            </w:pPr>
            <w:r>
              <w:t>Useful vocabulary</w:t>
            </w:r>
          </w:p>
        </w:tc>
        <w:tc>
          <w:tcPr>
            <w:tcW w:w="4320" w:type="dxa"/>
          </w:tcPr>
          <w:p w14:paraId="04C6BB48"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623A76F2"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DE2E28B" w14:textId="77777777" w:rsidR="00422024" w:rsidRDefault="00417408">
            <w:pPr>
              <w:rPr>
                <w:rFonts w:hint="eastAsia"/>
              </w:rPr>
            </w:pPr>
            <w:r>
              <w:lastRenderedPageBreak/>
              <w:t>browse the web</w:t>
            </w:r>
          </w:p>
        </w:tc>
        <w:tc>
          <w:tcPr>
            <w:tcW w:w="4320" w:type="dxa"/>
          </w:tcPr>
          <w:p w14:paraId="3419F0DF"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look at websites</w:t>
            </w:r>
          </w:p>
        </w:tc>
      </w:tr>
      <w:tr w:rsidR="00422024" w14:paraId="50A2999C"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77F21D3E" w14:textId="77777777" w:rsidR="00422024" w:rsidRDefault="00417408">
            <w:pPr>
              <w:rPr>
                <w:rFonts w:hint="eastAsia"/>
              </w:rPr>
            </w:pPr>
            <w:r>
              <w:t>search engine</w:t>
            </w:r>
          </w:p>
        </w:tc>
        <w:tc>
          <w:tcPr>
            <w:tcW w:w="4320" w:type="dxa"/>
          </w:tcPr>
          <w:p w14:paraId="1E58D2FB"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tool for finding online information</w:t>
            </w:r>
          </w:p>
        </w:tc>
      </w:tr>
      <w:tr w:rsidR="00422024" w14:paraId="294CE610"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8EBD8E1" w14:textId="77777777" w:rsidR="00422024" w:rsidRDefault="00417408">
            <w:pPr>
              <w:rPr>
                <w:rFonts w:hint="eastAsia"/>
              </w:rPr>
            </w:pPr>
            <w:r>
              <w:t>online shopping</w:t>
            </w:r>
          </w:p>
        </w:tc>
        <w:tc>
          <w:tcPr>
            <w:tcW w:w="4320" w:type="dxa"/>
          </w:tcPr>
          <w:p w14:paraId="5AEBF618"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buying products on the internet</w:t>
            </w:r>
          </w:p>
        </w:tc>
      </w:tr>
      <w:tr w:rsidR="00422024" w14:paraId="7407F096"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0622CA82" w14:textId="77777777" w:rsidR="00422024" w:rsidRDefault="00417408">
            <w:pPr>
              <w:rPr>
                <w:rFonts w:hint="eastAsia"/>
              </w:rPr>
            </w:pPr>
            <w:r>
              <w:t>video call</w:t>
            </w:r>
          </w:p>
        </w:tc>
        <w:tc>
          <w:tcPr>
            <w:tcW w:w="4320" w:type="dxa"/>
          </w:tcPr>
          <w:p w14:paraId="7FBF96C5"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conversation with picture and sound</w:t>
            </w:r>
          </w:p>
        </w:tc>
      </w:tr>
      <w:tr w:rsidR="00422024" w14:paraId="569F4C60"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FA58F6B" w14:textId="77777777" w:rsidR="00422024" w:rsidRDefault="00417408">
            <w:pPr>
              <w:rPr>
                <w:rFonts w:hint="eastAsia"/>
              </w:rPr>
            </w:pPr>
            <w:r>
              <w:t>digital services</w:t>
            </w:r>
          </w:p>
        </w:tc>
        <w:tc>
          <w:tcPr>
            <w:tcW w:w="4320" w:type="dxa"/>
          </w:tcPr>
          <w:p w14:paraId="3D7BEF7C"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services available online</w:t>
            </w:r>
          </w:p>
        </w:tc>
      </w:tr>
    </w:tbl>
    <w:p w14:paraId="3841E108" w14:textId="77777777" w:rsidR="00422024" w:rsidRDefault="00417408">
      <w:pPr>
        <w:pStyle w:val="Nadpis2"/>
      </w:pPr>
      <w:r>
        <w:t>Questions to develop your answer</w:t>
      </w:r>
    </w:p>
    <w:p w14:paraId="5262C7CC" w14:textId="77777777" w:rsidR="00422024" w:rsidRDefault="00417408">
      <w:pPr>
        <w:pStyle w:val="Seznamsodrkami"/>
        <w:rPr>
          <w:rFonts w:hint="eastAsia"/>
        </w:rPr>
      </w:pPr>
      <w:r>
        <w:t>What do you use the internet for?</w:t>
      </w:r>
    </w:p>
    <w:p w14:paraId="3297B96C" w14:textId="77777777" w:rsidR="00422024" w:rsidRDefault="00417408">
      <w:pPr>
        <w:pStyle w:val="Seznamsodrkami"/>
        <w:rPr>
          <w:rFonts w:hint="eastAsia"/>
        </w:rPr>
      </w:pPr>
      <w:r>
        <w:t>Which online service is most useful?</w:t>
      </w:r>
    </w:p>
    <w:p w14:paraId="01B135B0" w14:textId="77777777" w:rsidR="00422024" w:rsidRDefault="00417408">
      <w:pPr>
        <w:pStyle w:val="Seznamsodrkami"/>
        <w:rPr>
          <w:rFonts w:hint="eastAsia"/>
        </w:rPr>
      </w:pPr>
      <w:r>
        <w:t>Could you manage without the internet?</w:t>
      </w:r>
    </w:p>
    <w:p w14:paraId="06653F10" w14:textId="77777777" w:rsidR="00422024" w:rsidRDefault="00417408">
      <w:pPr>
        <w:rPr>
          <w:rFonts w:hint="eastAsia"/>
        </w:rPr>
      </w:pPr>
      <w:r>
        <w:rPr>
          <w:b/>
        </w:rPr>
        <w:t xml:space="preserve">Example: </w:t>
      </w:r>
      <w:r>
        <w:t>I use the internet every day to check my school timetable, find information and message friends. It saves time, but I try not to be online all evening.</w:t>
      </w:r>
    </w:p>
    <w:p w14:paraId="7530FD09" w14:textId="77777777" w:rsidR="00422024" w:rsidRDefault="00417408">
      <w:pPr>
        <w:pStyle w:val="Nadpis1"/>
      </w:pPr>
      <w:r>
        <w:t>3  Social Media and Influencers</w:t>
      </w:r>
    </w:p>
    <w:p w14:paraId="73684A41" w14:textId="77777777" w:rsidR="00422024" w:rsidRDefault="00417408">
      <w:pPr>
        <w:rPr>
          <w:rFonts w:hint="eastAsia"/>
        </w:rPr>
      </w:pPr>
      <w:r>
        <w:t>Social platforms allow people to share posts and short videos, follow creators and communicate. They also use advertising and recommendations to keep attention.</w:t>
      </w:r>
    </w:p>
    <w:tbl>
      <w:tblPr>
        <w:tblStyle w:val="Svtlstnovnzvraznn1"/>
        <w:tblW w:w="0" w:type="auto"/>
        <w:tblLook w:val="04A0" w:firstRow="1" w:lastRow="0" w:firstColumn="1" w:lastColumn="0" w:noHBand="0" w:noVBand="1"/>
      </w:tblPr>
      <w:tblGrid>
        <w:gridCol w:w="4320"/>
        <w:gridCol w:w="4320"/>
      </w:tblGrid>
      <w:tr w:rsidR="00422024" w14:paraId="4C65FD14"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2F5843F" w14:textId="77777777" w:rsidR="00422024" w:rsidRDefault="00417408">
            <w:pPr>
              <w:rPr>
                <w:rFonts w:hint="eastAsia"/>
              </w:rPr>
            </w:pPr>
            <w:r>
              <w:t>Useful vocabulary</w:t>
            </w:r>
          </w:p>
        </w:tc>
        <w:tc>
          <w:tcPr>
            <w:tcW w:w="4320" w:type="dxa"/>
          </w:tcPr>
          <w:p w14:paraId="1FDF1644"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5F3E0BCC"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FAAD8F4" w14:textId="137A1751" w:rsidR="00422024" w:rsidRDefault="0039514E">
            <w:pPr>
              <w:rPr>
                <w:rFonts w:hint="eastAsia"/>
              </w:rPr>
            </w:pPr>
            <w:r>
              <w:rPr>
                <w:rFonts w:hint="eastAsia"/>
              </w:rPr>
              <w:t>P</w:t>
            </w:r>
            <w:r w:rsidR="00417408">
              <w:t>ost</w:t>
            </w:r>
          </w:p>
        </w:tc>
        <w:tc>
          <w:tcPr>
            <w:tcW w:w="4320" w:type="dxa"/>
          </w:tcPr>
          <w:p w14:paraId="58521009"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something shared online</w:t>
            </w:r>
          </w:p>
        </w:tc>
      </w:tr>
      <w:tr w:rsidR="00422024" w14:paraId="037982AC"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6A578BD7" w14:textId="3D98F102" w:rsidR="00422024" w:rsidRDefault="0039514E">
            <w:pPr>
              <w:rPr>
                <w:rFonts w:hint="eastAsia"/>
              </w:rPr>
            </w:pPr>
            <w:r>
              <w:rPr>
                <w:rFonts w:hint="eastAsia"/>
              </w:rPr>
              <w:t>F</w:t>
            </w:r>
            <w:r w:rsidR="00417408">
              <w:t>ollower</w:t>
            </w:r>
          </w:p>
        </w:tc>
        <w:tc>
          <w:tcPr>
            <w:tcW w:w="4320" w:type="dxa"/>
          </w:tcPr>
          <w:p w14:paraId="3B9CA52D"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person who follows an account</w:t>
            </w:r>
          </w:p>
        </w:tc>
      </w:tr>
      <w:tr w:rsidR="00422024" w14:paraId="0E5B27E6"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796B35C" w14:textId="77564171" w:rsidR="00422024" w:rsidRDefault="0039514E">
            <w:pPr>
              <w:rPr>
                <w:rFonts w:hint="eastAsia"/>
              </w:rPr>
            </w:pPr>
            <w:r>
              <w:rPr>
                <w:rFonts w:hint="eastAsia"/>
              </w:rPr>
              <w:t>I</w:t>
            </w:r>
            <w:r w:rsidR="00417408">
              <w:t>nfluencer</w:t>
            </w:r>
          </w:p>
        </w:tc>
        <w:tc>
          <w:tcPr>
            <w:tcW w:w="4320" w:type="dxa"/>
          </w:tcPr>
          <w:p w14:paraId="1B6BB714"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 creator who can affect an audience</w:t>
            </w:r>
          </w:p>
        </w:tc>
      </w:tr>
      <w:tr w:rsidR="00422024" w14:paraId="740B207E"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5A166DC8" w14:textId="4468DF55" w:rsidR="00422024" w:rsidRDefault="0039514E">
            <w:pPr>
              <w:rPr>
                <w:rFonts w:hint="eastAsia"/>
              </w:rPr>
            </w:pPr>
            <w:r>
              <w:rPr>
                <w:rFonts w:hint="eastAsia"/>
              </w:rPr>
              <w:t>A</w:t>
            </w:r>
            <w:r w:rsidR="00417408">
              <w:t>lgorithm</w:t>
            </w:r>
          </w:p>
        </w:tc>
        <w:tc>
          <w:tcPr>
            <w:tcW w:w="4320" w:type="dxa"/>
          </w:tcPr>
          <w:p w14:paraId="297E7995"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system that selects what content is shown</w:t>
            </w:r>
          </w:p>
        </w:tc>
      </w:tr>
      <w:tr w:rsidR="00422024" w14:paraId="534B339F"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9EA7A08" w14:textId="77777777" w:rsidR="00422024" w:rsidRDefault="00417408">
            <w:pPr>
              <w:rPr>
                <w:rFonts w:hint="eastAsia"/>
              </w:rPr>
            </w:pPr>
            <w:r>
              <w:t>targeted advertising</w:t>
            </w:r>
          </w:p>
        </w:tc>
        <w:tc>
          <w:tcPr>
            <w:tcW w:w="4320" w:type="dxa"/>
          </w:tcPr>
          <w:p w14:paraId="63587346"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ads chosen for a particular audience</w:t>
            </w:r>
          </w:p>
        </w:tc>
      </w:tr>
    </w:tbl>
    <w:p w14:paraId="070849E2" w14:textId="77777777" w:rsidR="00422024" w:rsidRDefault="00417408">
      <w:pPr>
        <w:pStyle w:val="Nadpis2"/>
      </w:pPr>
      <w:r>
        <w:t>Questions to develop your answer</w:t>
      </w:r>
    </w:p>
    <w:p w14:paraId="640724E3" w14:textId="77777777" w:rsidR="00422024" w:rsidRDefault="00417408">
      <w:pPr>
        <w:pStyle w:val="Seznamsodrkami"/>
        <w:rPr>
          <w:rFonts w:hint="eastAsia"/>
        </w:rPr>
      </w:pPr>
      <w:r>
        <w:t>Which social media do you use?</w:t>
      </w:r>
    </w:p>
    <w:p w14:paraId="011F04BE" w14:textId="77777777" w:rsidR="00422024" w:rsidRDefault="00417408">
      <w:pPr>
        <w:pStyle w:val="Seznamsodrkami"/>
        <w:rPr>
          <w:rFonts w:hint="eastAsia"/>
        </w:rPr>
      </w:pPr>
      <w:r>
        <w:t>Why do people follow influencers?</w:t>
      </w:r>
    </w:p>
    <w:p w14:paraId="1E058C32" w14:textId="77777777" w:rsidR="00422024" w:rsidRDefault="00417408">
      <w:pPr>
        <w:pStyle w:val="Seznamsodrkami"/>
        <w:rPr>
          <w:rFonts w:hint="eastAsia"/>
        </w:rPr>
      </w:pPr>
      <w:r>
        <w:t>Can social media affect self-confidence?</w:t>
      </w:r>
    </w:p>
    <w:p w14:paraId="55E02338" w14:textId="77777777" w:rsidR="00422024" w:rsidRDefault="00417408">
      <w:pPr>
        <w:rPr>
          <w:rFonts w:hint="eastAsia"/>
        </w:rPr>
      </w:pPr>
      <w:r>
        <w:rPr>
          <w:b/>
        </w:rPr>
        <w:t xml:space="preserve">Example: </w:t>
      </w:r>
      <w:r>
        <w:t>I mainly use social media to keep in touch and watch videos. Some influencers give useful tips, but their posts are often edited or sponsored.</w:t>
      </w:r>
    </w:p>
    <w:p w14:paraId="12B40482" w14:textId="77777777" w:rsidR="00422024" w:rsidRDefault="00417408">
      <w:pPr>
        <w:pStyle w:val="Nadpis1"/>
      </w:pPr>
      <w:r>
        <w:t>4  News, Fake News and Media Literacy</w:t>
      </w:r>
    </w:p>
    <w:p w14:paraId="1F1DB344" w14:textId="77777777" w:rsidR="00422024" w:rsidRDefault="00417408">
      <w:pPr>
        <w:rPr>
          <w:rFonts w:hint="eastAsia"/>
        </w:rPr>
      </w:pPr>
      <w:r>
        <w:t>Online information can be useful but not all sources are reliable. Check the author, date, evidence and other independent sources before sharing a claim.</w:t>
      </w:r>
    </w:p>
    <w:tbl>
      <w:tblPr>
        <w:tblStyle w:val="Svtlstnovnzvraznn1"/>
        <w:tblW w:w="0" w:type="auto"/>
        <w:tblLook w:val="04A0" w:firstRow="1" w:lastRow="0" w:firstColumn="1" w:lastColumn="0" w:noHBand="0" w:noVBand="1"/>
      </w:tblPr>
      <w:tblGrid>
        <w:gridCol w:w="4320"/>
        <w:gridCol w:w="4320"/>
      </w:tblGrid>
      <w:tr w:rsidR="00422024" w14:paraId="7C1B45EC"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172E87B" w14:textId="77777777" w:rsidR="00422024" w:rsidRDefault="00417408">
            <w:pPr>
              <w:rPr>
                <w:rFonts w:hint="eastAsia"/>
              </w:rPr>
            </w:pPr>
            <w:r>
              <w:t>Useful vocabulary</w:t>
            </w:r>
          </w:p>
        </w:tc>
        <w:tc>
          <w:tcPr>
            <w:tcW w:w="4320" w:type="dxa"/>
          </w:tcPr>
          <w:p w14:paraId="404D9A0A"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02580DF6"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D567C33" w14:textId="419E3171" w:rsidR="00422024" w:rsidRDefault="0039514E">
            <w:pPr>
              <w:rPr>
                <w:rFonts w:hint="eastAsia"/>
              </w:rPr>
            </w:pPr>
            <w:r>
              <w:rPr>
                <w:rFonts w:hint="eastAsia"/>
              </w:rPr>
              <w:t>H</w:t>
            </w:r>
            <w:r w:rsidR="00417408">
              <w:t>eadline</w:t>
            </w:r>
          </w:p>
        </w:tc>
        <w:tc>
          <w:tcPr>
            <w:tcW w:w="4320" w:type="dxa"/>
          </w:tcPr>
          <w:p w14:paraId="39E787F8"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the title of a news story</w:t>
            </w:r>
          </w:p>
        </w:tc>
      </w:tr>
      <w:tr w:rsidR="00422024" w14:paraId="05AD42A1"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071C5A2E" w14:textId="3E4606AF" w:rsidR="00422024" w:rsidRDefault="0039514E">
            <w:pPr>
              <w:rPr>
                <w:rFonts w:hint="eastAsia"/>
              </w:rPr>
            </w:pPr>
            <w:r>
              <w:rPr>
                <w:rFonts w:hint="eastAsia"/>
              </w:rPr>
              <w:t>C</w:t>
            </w:r>
            <w:r w:rsidR="00417408">
              <w:t>lickbait</w:t>
            </w:r>
          </w:p>
        </w:tc>
        <w:tc>
          <w:tcPr>
            <w:tcW w:w="4320" w:type="dxa"/>
          </w:tcPr>
          <w:p w14:paraId="65BC58F3"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title designed to attract clicks</w:t>
            </w:r>
          </w:p>
        </w:tc>
      </w:tr>
      <w:tr w:rsidR="00422024" w14:paraId="636C2817"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2E1D54E" w14:textId="5455EA87" w:rsidR="00422024" w:rsidRDefault="0039514E">
            <w:pPr>
              <w:rPr>
                <w:rFonts w:hint="eastAsia"/>
              </w:rPr>
            </w:pPr>
            <w:r>
              <w:rPr>
                <w:rFonts w:hint="eastAsia"/>
              </w:rPr>
              <w:t>M</w:t>
            </w:r>
            <w:r w:rsidR="00417408">
              <w:t>isinformation</w:t>
            </w:r>
          </w:p>
        </w:tc>
        <w:tc>
          <w:tcPr>
            <w:tcW w:w="4320" w:type="dxa"/>
          </w:tcPr>
          <w:p w14:paraId="0CC101BB"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false or inaccurate information</w:t>
            </w:r>
          </w:p>
        </w:tc>
      </w:tr>
      <w:tr w:rsidR="00422024" w14:paraId="27B0A381"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474AED4C" w14:textId="77777777" w:rsidR="00422024" w:rsidRDefault="00417408">
            <w:pPr>
              <w:rPr>
                <w:rFonts w:hint="eastAsia"/>
              </w:rPr>
            </w:pPr>
            <w:r>
              <w:t>fact-check</w:t>
            </w:r>
          </w:p>
        </w:tc>
        <w:tc>
          <w:tcPr>
            <w:tcW w:w="4320" w:type="dxa"/>
          </w:tcPr>
          <w:p w14:paraId="207E4884"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verify a statement using evidence</w:t>
            </w:r>
          </w:p>
        </w:tc>
      </w:tr>
      <w:tr w:rsidR="00422024" w14:paraId="7B44ACF3"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E7D6481" w14:textId="77777777" w:rsidR="00422024" w:rsidRDefault="00417408">
            <w:pPr>
              <w:rPr>
                <w:rFonts w:hint="eastAsia"/>
              </w:rPr>
            </w:pPr>
            <w:r>
              <w:t>reliable source</w:t>
            </w:r>
          </w:p>
        </w:tc>
        <w:tc>
          <w:tcPr>
            <w:tcW w:w="4320" w:type="dxa"/>
          </w:tcPr>
          <w:p w14:paraId="6B857E21"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 source you have good reasons to trust</w:t>
            </w:r>
          </w:p>
        </w:tc>
      </w:tr>
    </w:tbl>
    <w:p w14:paraId="14ABD4F3" w14:textId="77777777" w:rsidR="00422024" w:rsidRDefault="00417408">
      <w:pPr>
        <w:pStyle w:val="Nadpis2"/>
      </w:pPr>
      <w:r>
        <w:t>Questions to develop your answer</w:t>
      </w:r>
    </w:p>
    <w:p w14:paraId="1F152CB2" w14:textId="77777777" w:rsidR="00422024" w:rsidRDefault="00417408">
      <w:pPr>
        <w:pStyle w:val="Seznamsodrkami"/>
        <w:rPr>
          <w:rFonts w:hint="eastAsia"/>
        </w:rPr>
      </w:pPr>
      <w:r>
        <w:t>Where do you get the news?</w:t>
      </w:r>
    </w:p>
    <w:p w14:paraId="0A6067E8" w14:textId="77777777" w:rsidR="00422024" w:rsidRDefault="00417408">
      <w:pPr>
        <w:pStyle w:val="Seznamsodrkami"/>
        <w:rPr>
          <w:rFonts w:hint="eastAsia"/>
        </w:rPr>
      </w:pPr>
      <w:r>
        <w:lastRenderedPageBreak/>
        <w:t>What is clickbait?</w:t>
      </w:r>
    </w:p>
    <w:p w14:paraId="2F7EEE72" w14:textId="77777777" w:rsidR="00422024" w:rsidRDefault="00417408">
      <w:pPr>
        <w:pStyle w:val="Seznamsodrkami"/>
        <w:rPr>
          <w:rFonts w:hint="eastAsia"/>
        </w:rPr>
      </w:pPr>
      <w:r>
        <w:t>How can you check if news is true?</w:t>
      </w:r>
    </w:p>
    <w:p w14:paraId="338E69FA" w14:textId="77777777" w:rsidR="00422024" w:rsidRDefault="00417408">
      <w:pPr>
        <w:rPr>
          <w:rFonts w:hint="eastAsia"/>
        </w:rPr>
      </w:pPr>
      <w:r>
        <w:rPr>
          <w:b/>
        </w:rPr>
        <w:t xml:space="preserve">Example: </w:t>
      </w:r>
      <w:r>
        <w:t>If a headline sounds shocking, I do not share it immediately. I check where it came from and look for another trustworthy source.</w:t>
      </w:r>
    </w:p>
    <w:p w14:paraId="79845822" w14:textId="77777777" w:rsidR="00422024" w:rsidRDefault="00417408">
      <w:pPr>
        <w:pStyle w:val="Nadpis1"/>
      </w:pPr>
      <w:r>
        <w:t>5  Artificial Intelligence in Everyday Life</w:t>
      </w:r>
    </w:p>
    <w:p w14:paraId="65361905" w14:textId="77777777" w:rsidR="00422024" w:rsidRDefault="00417408">
      <w:pPr>
        <w:rPr>
          <w:rFonts w:hint="eastAsia"/>
        </w:rPr>
      </w:pPr>
      <w:r>
        <w:t>AI tools can suggest ideas, explain topics, translate, generate pictures and support practical tasks. They can also make mistakes and must be used responsibly.</w:t>
      </w:r>
    </w:p>
    <w:tbl>
      <w:tblPr>
        <w:tblStyle w:val="Svtlstnovnzvraznn1"/>
        <w:tblW w:w="0" w:type="auto"/>
        <w:tblLook w:val="04A0" w:firstRow="1" w:lastRow="0" w:firstColumn="1" w:lastColumn="0" w:noHBand="0" w:noVBand="1"/>
      </w:tblPr>
      <w:tblGrid>
        <w:gridCol w:w="4320"/>
        <w:gridCol w:w="4320"/>
      </w:tblGrid>
      <w:tr w:rsidR="00422024" w14:paraId="4EE3E549"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76ABAA4" w14:textId="77777777" w:rsidR="00422024" w:rsidRDefault="00417408">
            <w:pPr>
              <w:rPr>
                <w:rFonts w:hint="eastAsia"/>
              </w:rPr>
            </w:pPr>
            <w:r>
              <w:t>Useful vocabulary</w:t>
            </w:r>
          </w:p>
        </w:tc>
        <w:tc>
          <w:tcPr>
            <w:tcW w:w="4320" w:type="dxa"/>
          </w:tcPr>
          <w:p w14:paraId="04872004"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117CD792"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7E00554" w14:textId="77777777" w:rsidR="00422024" w:rsidRDefault="00417408">
            <w:pPr>
              <w:rPr>
                <w:rFonts w:hint="eastAsia"/>
              </w:rPr>
            </w:pPr>
            <w:r>
              <w:t>AI assistant</w:t>
            </w:r>
          </w:p>
        </w:tc>
        <w:tc>
          <w:tcPr>
            <w:tcW w:w="4320" w:type="dxa"/>
          </w:tcPr>
          <w:p w14:paraId="083918E6"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software that helps with tasks using AI</w:t>
            </w:r>
          </w:p>
        </w:tc>
      </w:tr>
      <w:tr w:rsidR="00422024" w14:paraId="45F7FBBC"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7D66AF5D" w14:textId="1AA0EAEE" w:rsidR="00422024" w:rsidRDefault="0039514E">
            <w:pPr>
              <w:rPr>
                <w:rFonts w:hint="eastAsia"/>
              </w:rPr>
            </w:pPr>
            <w:r>
              <w:rPr>
                <w:rFonts w:hint="eastAsia"/>
              </w:rPr>
              <w:t>C</w:t>
            </w:r>
            <w:r w:rsidR="00417408">
              <w:t>hatbot</w:t>
            </w:r>
          </w:p>
        </w:tc>
        <w:tc>
          <w:tcPr>
            <w:tcW w:w="4320" w:type="dxa"/>
          </w:tcPr>
          <w:p w14:paraId="67626CE2"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program that responds in conversation</w:t>
            </w:r>
          </w:p>
        </w:tc>
      </w:tr>
      <w:tr w:rsidR="00422024" w14:paraId="1D3CDC66"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58128C6" w14:textId="78422279" w:rsidR="00422024" w:rsidRDefault="0039514E">
            <w:pPr>
              <w:rPr>
                <w:rFonts w:hint="eastAsia"/>
              </w:rPr>
            </w:pPr>
            <w:r>
              <w:rPr>
                <w:rFonts w:hint="eastAsia"/>
              </w:rPr>
              <w:t>P</w:t>
            </w:r>
            <w:r w:rsidR="00417408">
              <w:t>rompt</w:t>
            </w:r>
          </w:p>
        </w:tc>
        <w:tc>
          <w:tcPr>
            <w:tcW w:w="4320" w:type="dxa"/>
          </w:tcPr>
          <w:p w14:paraId="570606B9"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an instruction given to an AI tool</w:t>
            </w:r>
          </w:p>
        </w:tc>
      </w:tr>
      <w:tr w:rsidR="00422024" w14:paraId="3FE0BAD8"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42DFEBD4" w14:textId="2F3BDC40" w:rsidR="00422024" w:rsidRDefault="0039514E">
            <w:pPr>
              <w:rPr>
                <w:rFonts w:hint="eastAsia"/>
              </w:rPr>
            </w:pPr>
            <w:r>
              <w:rPr>
                <w:rFonts w:hint="eastAsia"/>
              </w:rPr>
              <w:t>G</w:t>
            </w:r>
            <w:r w:rsidR="00417408">
              <w:t>enerate</w:t>
            </w:r>
          </w:p>
        </w:tc>
        <w:tc>
          <w:tcPr>
            <w:tcW w:w="4320" w:type="dxa"/>
          </w:tcPr>
          <w:p w14:paraId="2366F564"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produce text, images or other content</w:t>
            </w:r>
          </w:p>
        </w:tc>
      </w:tr>
      <w:tr w:rsidR="00422024" w14:paraId="3B6D9ACB"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B6CCF2E" w14:textId="77777777" w:rsidR="00422024" w:rsidRDefault="00417408">
            <w:pPr>
              <w:rPr>
                <w:rFonts w:hint="eastAsia"/>
              </w:rPr>
            </w:pPr>
            <w:r>
              <w:t>AI-generated</w:t>
            </w:r>
          </w:p>
        </w:tc>
        <w:tc>
          <w:tcPr>
            <w:tcW w:w="4320" w:type="dxa"/>
          </w:tcPr>
          <w:p w14:paraId="0854E1F8"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made partly or fully using AI</w:t>
            </w:r>
          </w:p>
        </w:tc>
      </w:tr>
    </w:tbl>
    <w:p w14:paraId="76D84452" w14:textId="77777777" w:rsidR="00422024" w:rsidRDefault="00417408">
      <w:pPr>
        <w:pStyle w:val="Nadpis2"/>
      </w:pPr>
      <w:r>
        <w:t>Questions to develop your answer</w:t>
      </w:r>
    </w:p>
    <w:p w14:paraId="61C1F12D" w14:textId="77777777" w:rsidR="00422024" w:rsidRDefault="00417408">
      <w:pPr>
        <w:pStyle w:val="Seznamsodrkami"/>
        <w:rPr>
          <w:rFonts w:hint="eastAsia"/>
        </w:rPr>
      </w:pPr>
      <w:r>
        <w:t>Have you ever used an AI tool?</w:t>
      </w:r>
    </w:p>
    <w:p w14:paraId="684E410F" w14:textId="77777777" w:rsidR="00422024" w:rsidRDefault="00417408">
      <w:pPr>
        <w:pStyle w:val="Seznamsodrkami"/>
        <w:rPr>
          <w:rFonts w:hint="eastAsia"/>
        </w:rPr>
      </w:pPr>
      <w:r>
        <w:t>How can AI help students?</w:t>
      </w:r>
    </w:p>
    <w:p w14:paraId="1D22C401" w14:textId="77777777" w:rsidR="00422024" w:rsidRDefault="00417408">
      <w:pPr>
        <w:pStyle w:val="Seznamsodrkami"/>
        <w:rPr>
          <w:rFonts w:hint="eastAsia"/>
        </w:rPr>
      </w:pPr>
      <w:r>
        <w:t>When is using AI unfair?</w:t>
      </w:r>
    </w:p>
    <w:p w14:paraId="59C60EE3" w14:textId="77777777" w:rsidR="00422024" w:rsidRDefault="00417408">
      <w:pPr>
        <w:rPr>
          <w:rFonts w:hint="eastAsia"/>
        </w:rPr>
      </w:pPr>
      <w:r>
        <w:rPr>
          <w:b/>
        </w:rPr>
        <w:t xml:space="preserve">Example: </w:t>
      </w:r>
      <w:r>
        <w:t>AI can help me understand difficult grammar and practise English. I still check its answers and write my own final work. Copying everything without understanding it is not learning.</w:t>
      </w:r>
    </w:p>
    <w:p w14:paraId="1E3600F8" w14:textId="77777777" w:rsidR="00422024" w:rsidRDefault="00417408">
      <w:pPr>
        <w:pStyle w:val="Nadpis1"/>
      </w:pPr>
      <w:r>
        <w:t>6  Online Safety and Digital Footprint</w:t>
      </w:r>
    </w:p>
    <w:p w14:paraId="18CFF028" w14:textId="77777777" w:rsidR="00422024" w:rsidRDefault="00417408">
      <w:pPr>
        <w:rPr>
          <w:rFonts w:hint="eastAsia"/>
        </w:rPr>
      </w:pPr>
      <w:r>
        <w:t>Protect accounts and personal information. Be careful with suspicious messages, online bullying, scams and convincing AI-generated fakes.</w:t>
      </w:r>
    </w:p>
    <w:tbl>
      <w:tblPr>
        <w:tblStyle w:val="Svtlstnovnzvraznn1"/>
        <w:tblW w:w="0" w:type="auto"/>
        <w:tblLook w:val="04A0" w:firstRow="1" w:lastRow="0" w:firstColumn="1" w:lastColumn="0" w:noHBand="0" w:noVBand="1"/>
      </w:tblPr>
      <w:tblGrid>
        <w:gridCol w:w="4320"/>
        <w:gridCol w:w="4320"/>
      </w:tblGrid>
      <w:tr w:rsidR="00422024" w14:paraId="609A51D0"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C3CDBA2" w14:textId="77777777" w:rsidR="00422024" w:rsidRDefault="00417408">
            <w:pPr>
              <w:rPr>
                <w:rFonts w:hint="eastAsia"/>
              </w:rPr>
            </w:pPr>
            <w:r>
              <w:t>Useful vocabulary</w:t>
            </w:r>
          </w:p>
        </w:tc>
        <w:tc>
          <w:tcPr>
            <w:tcW w:w="4320" w:type="dxa"/>
          </w:tcPr>
          <w:p w14:paraId="45C2E364"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3066C203"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B417447" w14:textId="2F301225" w:rsidR="00422024" w:rsidRDefault="0039514E">
            <w:pPr>
              <w:rPr>
                <w:rFonts w:hint="eastAsia"/>
              </w:rPr>
            </w:pPr>
            <w:r>
              <w:rPr>
                <w:rFonts w:hint="eastAsia"/>
              </w:rPr>
              <w:t>P</w:t>
            </w:r>
            <w:r w:rsidR="00417408">
              <w:t>rivacy</w:t>
            </w:r>
          </w:p>
        </w:tc>
        <w:tc>
          <w:tcPr>
            <w:tcW w:w="4320" w:type="dxa"/>
          </w:tcPr>
          <w:p w14:paraId="391687DB"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control over personal information</w:t>
            </w:r>
          </w:p>
        </w:tc>
      </w:tr>
      <w:tr w:rsidR="00422024" w14:paraId="23F50B06"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712DC4AE" w14:textId="77777777" w:rsidR="00422024" w:rsidRDefault="00417408">
            <w:pPr>
              <w:rPr>
                <w:rFonts w:hint="eastAsia"/>
              </w:rPr>
            </w:pPr>
            <w:r>
              <w:t>digital footprint</w:t>
            </w:r>
          </w:p>
        </w:tc>
        <w:tc>
          <w:tcPr>
            <w:tcW w:w="4320" w:type="dxa"/>
          </w:tcPr>
          <w:p w14:paraId="03DF2E04"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information left by online activity</w:t>
            </w:r>
          </w:p>
        </w:tc>
      </w:tr>
      <w:tr w:rsidR="00422024" w14:paraId="6A9C1025"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AB4A82B" w14:textId="22C11ADC" w:rsidR="00422024" w:rsidRDefault="0039514E">
            <w:pPr>
              <w:rPr>
                <w:rFonts w:hint="eastAsia"/>
              </w:rPr>
            </w:pPr>
            <w:r>
              <w:rPr>
                <w:rFonts w:hint="eastAsia"/>
              </w:rPr>
              <w:t>P</w:t>
            </w:r>
            <w:r w:rsidR="00417408">
              <w:t>hishing</w:t>
            </w:r>
          </w:p>
        </w:tc>
        <w:tc>
          <w:tcPr>
            <w:tcW w:w="4320" w:type="dxa"/>
          </w:tcPr>
          <w:p w14:paraId="4FA43BEF"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fake messages trying to steal information</w:t>
            </w:r>
          </w:p>
        </w:tc>
      </w:tr>
      <w:tr w:rsidR="00422024" w14:paraId="5B88C22B"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002450DC" w14:textId="01C50527" w:rsidR="00422024" w:rsidRDefault="0039514E">
            <w:pPr>
              <w:rPr>
                <w:rFonts w:hint="eastAsia"/>
              </w:rPr>
            </w:pPr>
            <w:r>
              <w:rPr>
                <w:rFonts w:hint="eastAsia"/>
              </w:rPr>
              <w:t>C</w:t>
            </w:r>
            <w:r w:rsidR="00417408">
              <w:t>yberbullying</w:t>
            </w:r>
          </w:p>
        </w:tc>
        <w:tc>
          <w:tcPr>
            <w:tcW w:w="4320" w:type="dxa"/>
          </w:tcPr>
          <w:p w14:paraId="0C3EAD3D"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bullying through digital technology</w:t>
            </w:r>
          </w:p>
        </w:tc>
      </w:tr>
      <w:tr w:rsidR="00422024" w14:paraId="4EF7E00D"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88DDF01" w14:textId="45E00C5D" w:rsidR="00422024" w:rsidRDefault="0039514E">
            <w:pPr>
              <w:rPr>
                <w:rFonts w:hint="eastAsia"/>
              </w:rPr>
            </w:pPr>
            <w:r>
              <w:rPr>
                <w:rFonts w:hint="eastAsia"/>
              </w:rPr>
              <w:t>D</w:t>
            </w:r>
            <w:r w:rsidR="00417408">
              <w:t>eepfake</w:t>
            </w:r>
          </w:p>
        </w:tc>
        <w:tc>
          <w:tcPr>
            <w:tcW w:w="4320" w:type="dxa"/>
          </w:tcPr>
          <w:p w14:paraId="65B0E96D"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AI-made or altered media that can look real</w:t>
            </w:r>
          </w:p>
        </w:tc>
      </w:tr>
    </w:tbl>
    <w:p w14:paraId="165B2A51" w14:textId="77777777" w:rsidR="00422024" w:rsidRDefault="00417408">
      <w:pPr>
        <w:pStyle w:val="Nadpis2"/>
      </w:pPr>
      <w:r>
        <w:t>Questions to develop your answer</w:t>
      </w:r>
    </w:p>
    <w:p w14:paraId="427325DD" w14:textId="77777777" w:rsidR="00422024" w:rsidRDefault="00417408">
      <w:pPr>
        <w:pStyle w:val="Seznamsodrkami"/>
        <w:rPr>
          <w:rFonts w:hint="eastAsia"/>
        </w:rPr>
      </w:pPr>
      <w:r>
        <w:t>How do you protect your accounts?</w:t>
      </w:r>
    </w:p>
    <w:p w14:paraId="56807137" w14:textId="77777777" w:rsidR="00422024" w:rsidRDefault="00417408">
      <w:pPr>
        <w:pStyle w:val="Seznamsodrkami"/>
        <w:rPr>
          <w:rFonts w:hint="eastAsia"/>
        </w:rPr>
      </w:pPr>
      <w:r>
        <w:t>What is a digital footprint?</w:t>
      </w:r>
    </w:p>
    <w:p w14:paraId="18843455" w14:textId="77777777" w:rsidR="00422024" w:rsidRDefault="00417408">
      <w:pPr>
        <w:pStyle w:val="Seznamsodrkami"/>
        <w:rPr>
          <w:rFonts w:hint="eastAsia"/>
        </w:rPr>
      </w:pPr>
      <w:r>
        <w:t>What would you do if you received a suspicious link?</w:t>
      </w:r>
    </w:p>
    <w:p w14:paraId="22D86331" w14:textId="77777777" w:rsidR="00422024" w:rsidRDefault="00417408">
      <w:pPr>
        <w:rPr>
          <w:rFonts w:hint="eastAsia"/>
        </w:rPr>
      </w:pPr>
      <w:r>
        <w:rPr>
          <w:b/>
        </w:rPr>
        <w:t xml:space="preserve">Example: </w:t>
      </w:r>
      <w:r>
        <w:t>I use strong passwords and do not share private information publicly. If I receive a suspicious link, I do not open it and I check the sender.</w:t>
      </w:r>
    </w:p>
    <w:p w14:paraId="62621F1F" w14:textId="77777777" w:rsidR="00422024" w:rsidRDefault="00417408">
      <w:pPr>
        <w:pStyle w:val="Nadpis1"/>
      </w:pPr>
      <w:r>
        <w:lastRenderedPageBreak/>
        <w:t>7  Digital Entertainment</w:t>
      </w:r>
    </w:p>
    <w:p w14:paraId="6950DDAC" w14:textId="77777777" w:rsidR="00422024" w:rsidRDefault="00417408">
      <w:pPr>
        <w:rPr>
          <w:rFonts w:hint="eastAsia"/>
        </w:rPr>
      </w:pPr>
      <w:r>
        <w:t>Many people watch films and series on streaming platforms, listen to music or podcasts and play online games. Entertainment can be relaxing and social.</w:t>
      </w:r>
    </w:p>
    <w:tbl>
      <w:tblPr>
        <w:tblStyle w:val="Svtlstnovnzvraznn1"/>
        <w:tblW w:w="0" w:type="auto"/>
        <w:tblLook w:val="04A0" w:firstRow="1" w:lastRow="0" w:firstColumn="1" w:lastColumn="0" w:noHBand="0" w:noVBand="1"/>
      </w:tblPr>
      <w:tblGrid>
        <w:gridCol w:w="4320"/>
        <w:gridCol w:w="4320"/>
      </w:tblGrid>
      <w:tr w:rsidR="00422024" w14:paraId="6D86A0B9"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E550186" w14:textId="77777777" w:rsidR="00422024" w:rsidRDefault="00417408">
            <w:pPr>
              <w:rPr>
                <w:rFonts w:hint="eastAsia"/>
              </w:rPr>
            </w:pPr>
            <w:r>
              <w:t>Useful vocabulary</w:t>
            </w:r>
          </w:p>
        </w:tc>
        <w:tc>
          <w:tcPr>
            <w:tcW w:w="4320" w:type="dxa"/>
          </w:tcPr>
          <w:p w14:paraId="7E285D0C"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0FC43580"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0D0D3B7" w14:textId="28DFACC3" w:rsidR="00422024" w:rsidRDefault="0039514E">
            <w:pPr>
              <w:rPr>
                <w:rFonts w:hint="eastAsia"/>
              </w:rPr>
            </w:pPr>
            <w:r>
              <w:rPr>
                <w:rFonts w:hint="eastAsia"/>
              </w:rPr>
              <w:t>S</w:t>
            </w:r>
            <w:r w:rsidR="00417408">
              <w:t>ubscription</w:t>
            </w:r>
          </w:p>
        </w:tc>
        <w:tc>
          <w:tcPr>
            <w:tcW w:w="4320" w:type="dxa"/>
          </w:tcPr>
          <w:p w14:paraId="4656ECB8"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regular payment for a service</w:t>
            </w:r>
          </w:p>
        </w:tc>
      </w:tr>
      <w:tr w:rsidR="00422024" w14:paraId="550151B1"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75451D21" w14:textId="43CCD0DE" w:rsidR="00422024" w:rsidRDefault="0039514E">
            <w:pPr>
              <w:rPr>
                <w:rFonts w:hint="eastAsia"/>
              </w:rPr>
            </w:pPr>
            <w:r>
              <w:rPr>
                <w:rFonts w:hint="eastAsia"/>
              </w:rPr>
              <w:t>P</w:t>
            </w:r>
            <w:r w:rsidR="00417408">
              <w:t>laylist</w:t>
            </w:r>
          </w:p>
        </w:tc>
        <w:tc>
          <w:tcPr>
            <w:tcW w:w="4320" w:type="dxa"/>
          </w:tcPr>
          <w:p w14:paraId="777B6C94"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collection of songs or videos</w:t>
            </w:r>
          </w:p>
        </w:tc>
      </w:tr>
      <w:tr w:rsidR="00422024" w14:paraId="5316F5A3"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EA7CABE" w14:textId="77777777" w:rsidR="00422024" w:rsidRDefault="00417408">
            <w:pPr>
              <w:rPr>
                <w:rFonts w:hint="eastAsia"/>
              </w:rPr>
            </w:pPr>
            <w:r>
              <w:t>binge-watch</w:t>
            </w:r>
          </w:p>
        </w:tc>
        <w:tc>
          <w:tcPr>
            <w:tcW w:w="4320" w:type="dxa"/>
          </w:tcPr>
          <w:p w14:paraId="7619B3E3"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watch many episodes in a row</w:t>
            </w:r>
          </w:p>
        </w:tc>
      </w:tr>
      <w:tr w:rsidR="00422024" w14:paraId="3D515C38"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32DA56E4" w14:textId="77777777" w:rsidR="00422024" w:rsidRDefault="00417408">
            <w:pPr>
              <w:rPr>
                <w:rFonts w:hint="eastAsia"/>
              </w:rPr>
            </w:pPr>
            <w:r>
              <w:t>live stream</w:t>
            </w:r>
          </w:p>
        </w:tc>
        <w:tc>
          <w:tcPr>
            <w:tcW w:w="4320" w:type="dxa"/>
          </w:tcPr>
          <w:p w14:paraId="7D443926"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video shown as it happens</w:t>
            </w:r>
          </w:p>
        </w:tc>
      </w:tr>
      <w:tr w:rsidR="00422024" w14:paraId="333D1B7C"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54B9C18" w14:textId="77777777" w:rsidR="00422024" w:rsidRDefault="00417408">
            <w:pPr>
              <w:rPr>
                <w:rFonts w:hint="eastAsia"/>
              </w:rPr>
            </w:pPr>
            <w:r>
              <w:t>online gaming</w:t>
            </w:r>
          </w:p>
        </w:tc>
        <w:tc>
          <w:tcPr>
            <w:tcW w:w="4320" w:type="dxa"/>
          </w:tcPr>
          <w:p w14:paraId="70B0370F"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playing games via the internet</w:t>
            </w:r>
          </w:p>
        </w:tc>
      </w:tr>
    </w:tbl>
    <w:p w14:paraId="4A542037" w14:textId="77777777" w:rsidR="00422024" w:rsidRDefault="00417408">
      <w:pPr>
        <w:pStyle w:val="Nadpis2"/>
      </w:pPr>
      <w:r>
        <w:t>Questions to develop your answer</w:t>
      </w:r>
    </w:p>
    <w:p w14:paraId="1864B25A" w14:textId="77777777" w:rsidR="00422024" w:rsidRDefault="00417408">
      <w:pPr>
        <w:pStyle w:val="Seznamsodrkami"/>
        <w:rPr>
          <w:rFonts w:hint="eastAsia"/>
        </w:rPr>
      </w:pPr>
      <w:r>
        <w:t>What do you watch or listen to online?</w:t>
      </w:r>
    </w:p>
    <w:p w14:paraId="6A1AEE66" w14:textId="77777777" w:rsidR="00422024" w:rsidRDefault="00417408">
      <w:pPr>
        <w:pStyle w:val="Seznamsodrkami"/>
        <w:rPr>
          <w:rFonts w:hint="eastAsia"/>
        </w:rPr>
      </w:pPr>
      <w:r>
        <w:t>Do you play online games?</w:t>
      </w:r>
    </w:p>
    <w:p w14:paraId="2638B8BD" w14:textId="77777777" w:rsidR="00422024" w:rsidRDefault="00417408">
      <w:pPr>
        <w:pStyle w:val="Seznamsodrkami"/>
        <w:rPr>
          <w:rFonts w:hint="eastAsia"/>
        </w:rPr>
      </w:pPr>
      <w:r>
        <w:t>Is streaming better than traditional TV?</w:t>
      </w:r>
    </w:p>
    <w:p w14:paraId="691403E6" w14:textId="77777777" w:rsidR="00422024" w:rsidRDefault="00417408">
      <w:pPr>
        <w:rPr>
          <w:rFonts w:hint="eastAsia"/>
        </w:rPr>
      </w:pPr>
      <w:r>
        <w:rPr>
          <w:b/>
        </w:rPr>
        <w:t xml:space="preserve">Example: </w:t>
      </w:r>
      <w:r>
        <w:t>I watch series online because I can choose the time. I also listen to music when travelling. Sometimes I spend too long watching short videos.</w:t>
      </w:r>
    </w:p>
    <w:p w14:paraId="3FE67535" w14:textId="77777777" w:rsidR="00422024" w:rsidRDefault="00417408">
      <w:pPr>
        <w:pStyle w:val="Nadpis1"/>
      </w:pPr>
      <w:r>
        <w:t>8  Digital Well-being and the Future</w:t>
      </w:r>
    </w:p>
    <w:p w14:paraId="072B4641" w14:textId="77777777" w:rsidR="00422024" w:rsidRDefault="00417408">
      <w:pPr>
        <w:rPr>
          <w:rFonts w:hint="eastAsia"/>
        </w:rPr>
      </w:pPr>
      <w:r>
        <w:t>Digital devices can make life easier, but too much screen time can affect sleep, concentration and relationships. A balanced routine matters.</w:t>
      </w:r>
    </w:p>
    <w:tbl>
      <w:tblPr>
        <w:tblStyle w:val="Svtlstnovnzvraznn1"/>
        <w:tblW w:w="0" w:type="auto"/>
        <w:tblLook w:val="04A0" w:firstRow="1" w:lastRow="0" w:firstColumn="1" w:lastColumn="0" w:noHBand="0" w:noVBand="1"/>
      </w:tblPr>
      <w:tblGrid>
        <w:gridCol w:w="4320"/>
        <w:gridCol w:w="4320"/>
      </w:tblGrid>
      <w:tr w:rsidR="00422024" w14:paraId="24000841"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232D07B" w14:textId="77777777" w:rsidR="00422024" w:rsidRDefault="00417408">
            <w:pPr>
              <w:rPr>
                <w:rFonts w:hint="eastAsia"/>
              </w:rPr>
            </w:pPr>
            <w:r>
              <w:t>Useful vocabulary</w:t>
            </w:r>
          </w:p>
        </w:tc>
        <w:tc>
          <w:tcPr>
            <w:tcW w:w="4320" w:type="dxa"/>
          </w:tcPr>
          <w:p w14:paraId="1274C040"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Meaning</w:t>
            </w:r>
          </w:p>
        </w:tc>
      </w:tr>
      <w:tr w:rsidR="00422024" w14:paraId="35066A8B"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0497783" w14:textId="77777777" w:rsidR="00422024" w:rsidRDefault="00417408">
            <w:pPr>
              <w:rPr>
                <w:rFonts w:hint="eastAsia"/>
              </w:rPr>
            </w:pPr>
            <w:r>
              <w:t>screen time</w:t>
            </w:r>
          </w:p>
        </w:tc>
        <w:tc>
          <w:tcPr>
            <w:tcW w:w="4320" w:type="dxa"/>
          </w:tcPr>
          <w:p w14:paraId="0D7AA486"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time spent using screens</w:t>
            </w:r>
          </w:p>
        </w:tc>
      </w:tr>
      <w:tr w:rsidR="00422024" w14:paraId="25806F51"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5232235F" w14:textId="77777777" w:rsidR="00422024" w:rsidRDefault="00417408">
            <w:pPr>
              <w:rPr>
                <w:rFonts w:hint="eastAsia"/>
              </w:rPr>
            </w:pPr>
            <w:r>
              <w:t>digital detox</w:t>
            </w:r>
          </w:p>
        </w:tc>
        <w:tc>
          <w:tcPr>
            <w:tcW w:w="4320" w:type="dxa"/>
          </w:tcPr>
          <w:p w14:paraId="6883DB49"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a planned break from devices</w:t>
            </w:r>
          </w:p>
        </w:tc>
      </w:tr>
      <w:tr w:rsidR="00422024" w14:paraId="14AAA5CF"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B3B2A33" w14:textId="7623B286" w:rsidR="00422024" w:rsidRDefault="0039514E">
            <w:pPr>
              <w:rPr>
                <w:rFonts w:hint="eastAsia"/>
              </w:rPr>
            </w:pPr>
            <w:r>
              <w:rPr>
                <w:rFonts w:hint="eastAsia"/>
              </w:rPr>
              <w:t>N</w:t>
            </w:r>
            <w:r w:rsidR="00417408">
              <w:t>otification</w:t>
            </w:r>
          </w:p>
        </w:tc>
        <w:tc>
          <w:tcPr>
            <w:tcW w:w="4320" w:type="dxa"/>
          </w:tcPr>
          <w:p w14:paraId="37CED413"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an alert from an app</w:t>
            </w:r>
          </w:p>
        </w:tc>
      </w:tr>
      <w:tr w:rsidR="00422024" w14:paraId="39826F90"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71A7C5EC" w14:textId="77777777" w:rsidR="00422024" w:rsidRDefault="00417408">
            <w:pPr>
              <w:rPr>
                <w:rFonts w:hint="eastAsia"/>
              </w:rPr>
            </w:pPr>
            <w:r>
              <w:t>face-to-face</w:t>
            </w:r>
          </w:p>
        </w:tc>
        <w:tc>
          <w:tcPr>
            <w:tcW w:w="4320" w:type="dxa"/>
          </w:tcPr>
          <w:p w14:paraId="4C60D2C3"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t>meeting in person</w:t>
            </w:r>
          </w:p>
        </w:tc>
      </w:tr>
      <w:tr w:rsidR="00422024" w14:paraId="18A9EE19"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BFEB04B" w14:textId="77777777" w:rsidR="00422024" w:rsidRDefault="00417408">
            <w:pPr>
              <w:rPr>
                <w:rFonts w:hint="eastAsia"/>
              </w:rPr>
            </w:pPr>
            <w:r>
              <w:t>work-life balance</w:t>
            </w:r>
          </w:p>
        </w:tc>
        <w:tc>
          <w:tcPr>
            <w:tcW w:w="4320" w:type="dxa"/>
          </w:tcPr>
          <w:p w14:paraId="54BE03F0"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t>a healthy balance of duties and free time</w:t>
            </w:r>
          </w:p>
        </w:tc>
      </w:tr>
    </w:tbl>
    <w:p w14:paraId="4A1FFBBD" w14:textId="77777777" w:rsidR="00422024" w:rsidRDefault="00417408">
      <w:pPr>
        <w:pStyle w:val="Nadpis2"/>
      </w:pPr>
      <w:r>
        <w:t>Questions to develop your answer</w:t>
      </w:r>
    </w:p>
    <w:p w14:paraId="48096683" w14:textId="77777777" w:rsidR="00422024" w:rsidRDefault="00417408">
      <w:pPr>
        <w:pStyle w:val="Seznamsodrkami"/>
        <w:rPr>
          <w:rFonts w:hint="eastAsia"/>
        </w:rPr>
      </w:pPr>
      <w:r>
        <w:t>How much screen time is too much?</w:t>
      </w:r>
    </w:p>
    <w:p w14:paraId="2BAE9C2A" w14:textId="77777777" w:rsidR="00422024" w:rsidRDefault="00417408">
      <w:pPr>
        <w:pStyle w:val="Seznamsodrkami"/>
        <w:rPr>
          <w:rFonts w:hint="eastAsia"/>
        </w:rPr>
      </w:pPr>
      <w:r>
        <w:t>Could you spend one day without your phone?</w:t>
      </w:r>
    </w:p>
    <w:p w14:paraId="64A9B24D" w14:textId="77777777" w:rsidR="00422024" w:rsidRDefault="00417408">
      <w:pPr>
        <w:pStyle w:val="Seznamsodrkami"/>
        <w:rPr>
          <w:rFonts w:hint="eastAsia"/>
        </w:rPr>
      </w:pPr>
      <w:r>
        <w:t>How might technology change our lives?</w:t>
      </w:r>
    </w:p>
    <w:p w14:paraId="5D2A12E8" w14:textId="77777777" w:rsidR="00422024" w:rsidRDefault="00417408">
      <w:pPr>
        <w:rPr>
          <w:rFonts w:hint="eastAsia"/>
        </w:rPr>
      </w:pPr>
      <w:r>
        <w:rPr>
          <w:b/>
        </w:rPr>
        <w:t xml:space="preserve">Example: </w:t>
      </w:r>
      <w:r>
        <w:t>I think technology is useful, but I turn off notifications when I study. In the future AI may change many jobs, so people will need to learn new skills.</w:t>
      </w:r>
    </w:p>
    <w:p w14:paraId="32242D71" w14:textId="77777777" w:rsidR="00422024" w:rsidRDefault="00417408">
      <w:pPr>
        <w:pStyle w:val="Nadpis1"/>
      </w:pPr>
      <w:r>
        <w:t>How to talk about AI responsibly</w:t>
      </w:r>
    </w:p>
    <w:p w14:paraId="30F015C1" w14:textId="77777777" w:rsidR="00422024" w:rsidRDefault="00417408">
      <w:pPr>
        <w:rPr>
          <w:rFonts w:hint="eastAsia"/>
        </w:rPr>
      </w:pPr>
      <w:r>
        <w:t>AI is not always accurate. It may produce incorrect facts or invent sources. Do not enter private information into tools without understanding their privacy rules. At school, use AI for explanations and practice, and follow your teacher’s rules about allowed assistance.</w:t>
      </w:r>
    </w:p>
    <w:p w14:paraId="057F4E74" w14:textId="77777777" w:rsidR="00422024" w:rsidRDefault="00417408">
      <w:pPr>
        <w:pStyle w:val="Nadpis1"/>
      </w:pPr>
      <w:r>
        <w:t>Helpful speaking phrases</w:t>
      </w:r>
    </w:p>
    <w:p w14:paraId="7FF17A99" w14:textId="77777777" w:rsidR="00422024" w:rsidRDefault="00417408">
      <w:pPr>
        <w:pStyle w:val="Seznamsodrkami"/>
        <w:rPr>
          <w:rFonts w:hint="eastAsia"/>
        </w:rPr>
      </w:pPr>
      <w:r>
        <w:t>I usually use … to …</w:t>
      </w:r>
    </w:p>
    <w:p w14:paraId="6DF94434" w14:textId="77777777" w:rsidR="00422024" w:rsidRDefault="00417408">
      <w:pPr>
        <w:pStyle w:val="Seznamsodrkami"/>
        <w:rPr>
          <w:rFonts w:hint="eastAsia"/>
        </w:rPr>
      </w:pPr>
      <w:r>
        <w:lastRenderedPageBreak/>
        <w:t>One advantage is that … / One disadvantage is that …</w:t>
      </w:r>
    </w:p>
    <w:p w14:paraId="0EBA6C37" w14:textId="77777777" w:rsidR="00422024" w:rsidRDefault="00417408">
      <w:pPr>
        <w:pStyle w:val="Seznamsodrkami"/>
        <w:rPr>
          <w:rFonts w:hint="eastAsia"/>
        </w:rPr>
      </w:pPr>
      <w:r>
        <w:t>In my opinion, … because …</w:t>
      </w:r>
    </w:p>
    <w:p w14:paraId="20D62E0F" w14:textId="77777777" w:rsidR="00422024" w:rsidRDefault="00417408">
      <w:pPr>
        <w:pStyle w:val="Seznamsodrkami"/>
        <w:rPr>
          <w:rFonts w:hint="eastAsia"/>
        </w:rPr>
      </w:pPr>
      <w:r>
        <w:t>For example, …</w:t>
      </w:r>
    </w:p>
    <w:p w14:paraId="53B1B224" w14:textId="77777777" w:rsidR="00422024" w:rsidRDefault="00417408">
      <w:pPr>
        <w:pStyle w:val="Seznamsodrkami"/>
        <w:rPr>
          <w:rFonts w:hint="eastAsia"/>
        </w:rPr>
      </w:pPr>
      <w:r>
        <w:t>Compared with television, …</w:t>
      </w:r>
    </w:p>
    <w:p w14:paraId="630BEDDC" w14:textId="77777777" w:rsidR="00422024" w:rsidRDefault="00417408">
      <w:pPr>
        <w:pStyle w:val="Seznamsodrkami"/>
        <w:rPr>
          <w:rFonts w:hint="eastAsia"/>
        </w:rPr>
      </w:pPr>
      <w:r>
        <w:t>On the other hand, …</w:t>
      </w:r>
    </w:p>
    <w:p w14:paraId="5BB10882" w14:textId="77777777" w:rsidR="00422024" w:rsidRDefault="00417408">
      <w:pPr>
        <w:pStyle w:val="Seznamsodrkami"/>
        <w:rPr>
          <w:rFonts w:hint="eastAsia"/>
        </w:rPr>
      </w:pPr>
      <w:r>
        <w:t>I do not completely trust … because …</w:t>
      </w:r>
    </w:p>
    <w:p w14:paraId="31A0392C" w14:textId="77777777" w:rsidR="00422024" w:rsidRDefault="00417408">
      <w:pPr>
        <w:pStyle w:val="Seznamsodrkami"/>
        <w:rPr>
          <w:rFonts w:hint="eastAsia"/>
        </w:rPr>
      </w:pPr>
      <w:r>
        <w:t>In the future, I think …</w:t>
      </w:r>
    </w:p>
    <w:p w14:paraId="6ABE0D92" w14:textId="77777777" w:rsidR="00422024" w:rsidRDefault="00417408">
      <w:pPr>
        <w:pStyle w:val="Nadpis1"/>
      </w:pPr>
      <w:r>
        <w:t>Model answer (about 7 minutes)</w:t>
      </w:r>
    </w:p>
    <w:p w14:paraId="181B89E9" w14:textId="77777777" w:rsidR="00422024" w:rsidRDefault="00417408">
      <w:pPr>
        <w:rPr>
          <w:rFonts w:hint="eastAsia"/>
        </w:rPr>
      </w:pPr>
      <w:r>
        <w:t>Media are an important part of everyday life. In the past, people mainly read newspapers, listened to the radio and watched television. These media still exist, especially for news and live events, but I think young people usually prefer online platforms. Personally, I do not buy printed newspapers. If I want to know what is happening, I look at news websites or watch short reports online.</w:t>
      </w:r>
    </w:p>
    <w:p w14:paraId="73866A63" w14:textId="77777777" w:rsidR="00422024" w:rsidRDefault="00417408">
      <w:pPr>
        <w:rPr>
          <w:rFonts w:hint="eastAsia"/>
        </w:rPr>
      </w:pPr>
      <w:r>
        <w:t>I use the internet every day. In the morning, I check messages and my school timetable. At school, I sometimes use websites to find information or practise English. In the afternoon, I communicate with friends, listen to music and watch videos. The biggest advantage is that I can do many things quickly from one device. However, I sometimes waste time scrolling instead of doing something useful.</w:t>
      </w:r>
    </w:p>
    <w:p w14:paraId="06AC4165" w14:textId="77777777" w:rsidR="00422024" w:rsidRDefault="00417408">
      <w:pPr>
        <w:rPr>
          <w:rFonts w:hint="eastAsia"/>
        </w:rPr>
      </w:pPr>
      <w:r>
        <w:t>Social media are probably the type of media I use most often. I like short videos and posts about my hobbies. Social networks make it easy to stay in contact with people, even when they live far away. On the other hand, some people compare their lives with perfect-looking posts and feel unhappy. I also think that influencers can have a strong effect on what teenagers buy. We should remember that some posts are advertisements and not independent recommendations.</w:t>
      </w:r>
    </w:p>
    <w:p w14:paraId="195562B0" w14:textId="77777777" w:rsidR="00422024" w:rsidRDefault="00417408">
      <w:pPr>
        <w:rPr>
          <w:rFonts w:hint="eastAsia"/>
        </w:rPr>
      </w:pPr>
      <w:r>
        <w:t>Another important topic is information and fake news. Anyone can publish something online, so we cannot automatically believe everything we see. When I read surprising news, I try to check the date, the source and whether another reliable website reports the same information. A dramatic headline does not mean that the story is true. AI-generated photos and videos can make checking information even more difficult.</w:t>
      </w:r>
    </w:p>
    <w:p w14:paraId="7BB7A6BE" w14:textId="77777777" w:rsidR="00422024" w:rsidRDefault="00417408">
      <w:pPr>
        <w:rPr>
          <w:rFonts w:hint="eastAsia"/>
        </w:rPr>
      </w:pPr>
      <w:r>
        <w:t>Artificial intelligence is becoming a normal part of digital life. AI tools can explain difficult ideas, help people write, translate texts or suggest solutions. I think they can be useful at school. For example, an AI chatbot can give me extra grammar exercises or explain a word in a simpler way. However, AI can make mistakes. That is why I check important information. I also believe students should understand their own work instead of copying an AI answer and pretending it is theirs.</w:t>
      </w:r>
    </w:p>
    <w:p w14:paraId="4F84B8B0" w14:textId="77777777" w:rsidR="00422024" w:rsidRDefault="00417408">
      <w:pPr>
        <w:rPr>
          <w:rFonts w:hint="eastAsia"/>
        </w:rPr>
      </w:pPr>
      <w:r>
        <w:t>Online safety is important as well. People can lose money through scams or have personal information stolen. I try to protect my accounts with strong passwords, and I avoid suspicious links. I also think we should be careful about what we share because our digital footprint can stay online for a long time. Cyberbullying is another serious problem. If somebody is being bullied, it is important to save evidence and ask a trusted adult or another responsible person for help.</w:t>
      </w:r>
    </w:p>
    <w:p w14:paraId="31AE26E8" w14:textId="77777777" w:rsidR="00422024" w:rsidRDefault="00417408">
      <w:pPr>
        <w:rPr>
          <w:rFonts w:hint="eastAsia"/>
        </w:rPr>
      </w:pPr>
      <w:r>
        <w:t>For entertainment, I prefer streaming platforms to traditional television. I can watch a film or series when I have time. I also listen to music and sometimes play online games with friends. These activities help me relax, but I know there should be limits. When I have an important test, I try to put my phone away and switch off notifications, because I find it easier to concentrate.</w:t>
      </w:r>
    </w:p>
    <w:p w14:paraId="01176C80" w14:textId="77777777" w:rsidR="00422024" w:rsidRDefault="00417408">
      <w:pPr>
        <w:rPr>
          <w:rFonts w:hint="eastAsia"/>
        </w:rPr>
      </w:pPr>
      <w:r>
        <w:t>To sum up, I think modern media and technology offer many opportunities. They help us learn, communicate and have fun. At the same time, we need to protect our privacy, check information and control our screen time. I expect AI to become even more common in the future, including in jobs and technical professions. The most important thing is to use technology as a useful tool, not let it control our lives.</w:t>
      </w:r>
    </w:p>
    <w:p w14:paraId="7AAA1249" w14:textId="77777777" w:rsidR="00422024" w:rsidRDefault="00417408">
      <w:pPr>
        <w:pStyle w:val="Nadpis1"/>
      </w:pPr>
      <w:r>
        <w:lastRenderedPageBreak/>
        <w:t>Possible examiner questions</w:t>
      </w:r>
    </w:p>
    <w:p w14:paraId="698C65AA" w14:textId="77777777" w:rsidR="00422024" w:rsidRDefault="00417408">
      <w:pPr>
        <w:pStyle w:val="slovanseznam"/>
        <w:rPr>
          <w:rFonts w:hint="eastAsia"/>
        </w:rPr>
      </w:pPr>
      <w:r>
        <w:t>How do you get the news?</w:t>
      </w:r>
    </w:p>
    <w:p w14:paraId="4A252CC2" w14:textId="77777777" w:rsidR="00422024" w:rsidRDefault="00417408">
      <w:pPr>
        <w:pStyle w:val="slovanseznam"/>
        <w:rPr>
          <w:rFonts w:hint="eastAsia"/>
        </w:rPr>
      </w:pPr>
      <w:r>
        <w:t>Do you watch traditional TV?</w:t>
      </w:r>
    </w:p>
    <w:p w14:paraId="0F32EDF0" w14:textId="77777777" w:rsidR="00422024" w:rsidRDefault="00417408">
      <w:pPr>
        <w:pStyle w:val="slovanseznam"/>
        <w:rPr>
          <w:rFonts w:hint="eastAsia"/>
        </w:rPr>
      </w:pPr>
      <w:r>
        <w:t>What are the advantages of streaming?</w:t>
      </w:r>
    </w:p>
    <w:p w14:paraId="2FDED366" w14:textId="77777777" w:rsidR="00422024" w:rsidRDefault="00417408">
      <w:pPr>
        <w:pStyle w:val="slovanseznam"/>
        <w:rPr>
          <w:rFonts w:hint="eastAsia"/>
        </w:rPr>
      </w:pPr>
      <w:r>
        <w:t>What do you use the internet for?</w:t>
      </w:r>
    </w:p>
    <w:p w14:paraId="1260C746" w14:textId="77777777" w:rsidR="00422024" w:rsidRDefault="00417408">
      <w:pPr>
        <w:pStyle w:val="slovanseznam"/>
        <w:rPr>
          <w:rFonts w:hint="eastAsia"/>
        </w:rPr>
      </w:pPr>
      <w:r>
        <w:t>Which online service is most useful?</w:t>
      </w:r>
    </w:p>
    <w:p w14:paraId="25C98C64" w14:textId="77777777" w:rsidR="00422024" w:rsidRDefault="00417408">
      <w:pPr>
        <w:pStyle w:val="slovanseznam"/>
        <w:rPr>
          <w:rFonts w:hint="eastAsia"/>
        </w:rPr>
      </w:pPr>
      <w:r>
        <w:t>Could you manage without the internet?</w:t>
      </w:r>
    </w:p>
    <w:p w14:paraId="401BA880" w14:textId="77777777" w:rsidR="00422024" w:rsidRDefault="00417408">
      <w:pPr>
        <w:pStyle w:val="slovanseznam"/>
        <w:rPr>
          <w:rFonts w:hint="eastAsia"/>
        </w:rPr>
      </w:pPr>
      <w:r>
        <w:t>Which social media do you use?</w:t>
      </w:r>
    </w:p>
    <w:p w14:paraId="001C1DFB" w14:textId="77777777" w:rsidR="00422024" w:rsidRDefault="00417408">
      <w:pPr>
        <w:pStyle w:val="slovanseznam"/>
        <w:rPr>
          <w:rFonts w:hint="eastAsia"/>
        </w:rPr>
      </w:pPr>
      <w:r>
        <w:t>Why do people follow influencers?</w:t>
      </w:r>
    </w:p>
    <w:p w14:paraId="51B6D3BD" w14:textId="77777777" w:rsidR="00422024" w:rsidRDefault="00417408">
      <w:pPr>
        <w:pStyle w:val="slovanseznam"/>
        <w:rPr>
          <w:rFonts w:hint="eastAsia"/>
        </w:rPr>
      </w:pPr>
      <w:r>
        <w:t>Can social media affect self-confidence?</w:t>
      </w:r>
    </w:p>
    <w:p w14:paraId="6DE5E448" w14:textId="77777777" w:rsidR="00422024" w:rsidRDefault="00417408">
      <w:pPr>
        <w:pStyle w:val="slovanseznam"/>
        <w:rPr>
          <w:rFonts w:hint="eastAsia"/>
        </w:rPr>
      </w:pPr>
      <w:r>
        <w:t>Where do you get the news?</w:t>
      </w:r>
    </w:p>
    <w:p w14:paraId="27739897" w14:textId="77777777" w:rsidR="00422024" w:rsidRDefault="00417408">
      <w:pPr>
        <w:pStyle w:val="slovanseznam"/>
        <w:rPr>
          <w:rFonts w:hint="eastAsia"/>
        </w:rPr>
      </w:pPr>
      <w:r>
        <w:t>What is clickbait?</w:t>
      </w:r>
    </w:p>
    <w:p w14:paraId="18B1AB34" w14:textId="77777777" w:rsidR="00422024" w:rsidRDefault="00417408">
      <w:pPr>
        <w:pStyle w:val="slovanseznam"/>
        <w:rPr>
          <w:rFonts w:hint="eastAsia"/>
        </w:rPr>
      </w:pPr>
      <w:r>
        <w:t>How can you check if news is true?</w:t>
      </w:r>
    </w:p>
    <w:p w14:paraId="7301B544" w14:textId="77777777" w:rsidR="00422024" w:rsidRDefault="00417408">
      <w:pPr>
        <w:pStyle w:val="slovanseznam"/>
        <w:rPr>
          <w:rFonts w:hint="eastAsia"/>
        </w:rPr>
      </w:pPr>
      <w:r>
        <w:t>Have you ever used an AI tool?</w:t>
      </w:r>
    </w:p>
    <w:p w14:paraId="2393E791" w14:textId="77777777" w:rsidR="00422024" w:rsidRDefault="00417408">
      <w:pPr>
        <w:pStyle w:val="slovanseznam"/>
        <w:rPr>
          <w:rFonts w:hint="eastAsia"/>
        </w:rPr>
      </w:pPr>
      <w:r>
        <w:t>How can AI help students?</w:t>
      </w:r>
    </w:p>
    <w:p w14:paraId="7C2774DF" w14:textId="77777777" w:rsidR="00422024" w:rsidRDefault="00417408">
      <w:pPr>
        <w:pStyle w:val="slovanseznam"/>
        <w:rPr>
          <w:rFonts w:hint="eastAsia"/>
        </w:rPr>
      </w:pPr>
      <w:r>
        <w:t>When is using AI unfair?</w:t>
      </w:r>
    </w:p>
    <w:p w14:paraId="10BB8EFE" w14:textId="77777777" w:rsidR="00422024" w:rsidRDefault="00417408">
      <w:pPr>
        <w:pStyle w:val="slovanseznam"/>
        <w:rPr>
          <w:rFonts w:hint="eastAsia"/>
        </w:rPr>
      </w:pPr>
      <w:r>
        <w:t>How do you protect your accounts?</w:t>
      </w:r>
    </w:p>
    <w:p w14:paraId="0669630B" w14:textId="77777777" w:rsidR="00422024" w:rsidRDefault="00417408">
      <w:pPr>
        <w:pStyle w:val="slovanseznam"/>
        <w:rPr>
          <w:rFonts w:hint="eastAsia"/>
        </w:rPr>
      </w:pPr>
      <w:r>
        <w:t>What is a digital footprint?</w:t>
      </w:r>
    </w:p>
    <w:p w14:paraId="14095C63" w14:textId="77777777" w:rsidR="00422024" w:rsidRDefault="00417408">
      <w:pPr>
        <w:pStyle w:val="slovanseznam"/>
        <w:rPr>
          <w:rFonts w:hint="eastAsia"/>
        </w:rPr>
      </w:pPr>
      <w:r>
        <w:t>What would you do if you received a suspicious link?</w:t>
      </w:r>
    </w:p>
    <w:p w14:paraId="462A0F11" w14:textId="77777777" w:rsidR="00422024" w:rsidRDefault="00417408">
      <w:pPr>
        <w:pStyle w:val="slovanseznam"/>
        <w:rPr>
          <w:rFonts w:hint="eastAsia"/>
        </w:rPr>
      </w:pPr>
      <w:r>
        <w:t>What do you watch or listen to online?</w:t>
      </w:r>
    </w:p>
    <w:p w14:paraId="5690D57E" w14:textId="77777777" w:rsidR="00422024" w:rsidRDefault="00417408">
      <w:pPr>
        <w:pStyle w:val="slovanseznam"/>
        <w:rPr>
          <w:rFonts w:hint="eastAsia"/>
        </w:rPr>
      </w:pPr>
      <w:r>
        <w:t>Do you play online games?</w:t>
      </w:r>
    </w:p>
    <w:p w14:paraId="0D5B2635" w14:textId="77777777" w:rsidR="00422024" w:rsidRDefault="00417408">
      <w:pPr>
        <w:pStyle w:val="slovanseznam"/>
        <w:rPr>
          <w:rFonts w:hint="eastAsia"/>
        </w:rPr>
      </w:pPr>
      <w:r>
        <w:t>Is streaming better than traditional TV?</w:t>
      </w:r>
    </w:p>
    <w:p w14:paraId="7CD57426" w14:textId="77777777" w:rsidR="00422024" w:rsidRDefault="00417408">
      <w:pPr>
        <w:pStyle w:val="slovanseznam"/>
        <w:rPr>
          <w:rFonts w:hint="eastAsia"/>
        </w:rPr>
      </w:pPr>
      <w:r>
        <w:t>How much screen time is too much?</w:t>
      </w:r>
    </w:p>
    <w:p w14:paraId="23D5DF26" w14:textId="77777777" w:rsidR="00422024" w:rsidRDefault="00417408">
      <w:pPr>
        <w:pStyle w:val="slovanseznam"/>
        <w:rPr>
          <w:rFonts w:hint="eastAsia"/>
        </w:rPr>
      </w:pPr>
      <w:r>
        <w:t>Could you spend one day without your phone?</w:t>
      </w:r>
    </w:p>
    <w:p w14:paraId="5EDE8CB2" w14:textId="77777777" w:rsidR="00422024" w:rsidRDefault="00417408">
      <w:pPr>
        <w:pStyle w:val="slovanseznam"/>
        <w:rPr>
          <w:rFonts w:hint="eastAsia"/>
        </w:rPr>
      </w:pPr>
      <w:r>
        <w:t>How might technology change our lives?</w:t>
      </w:r>
    </w:p>
    <w:p w14:paraId="1AC864FA" w14:textId="77777777" w:rsidR="00422024" w:rsidRDefault="00417408">
      <w:pPr>
        <w:pStyle w:val="Nadpis1"/>
      </w:pPr>
      <w:r>
        <w:t>My speaking plan</w:t>
      </w:r>
    </w:p>
    <w:tbl>
      <w:tblPr>
        <w:tblStyle w:val="Svtlstnovnzvraznn1"/>
        <w:tblW w:w="0" w:type="auto"/>
        <w:tblLook w:val="04A0" w:firstRow="1" w:lastRow="0" w:firstColumn="1" w:lastColumn="0" w:noHBand="0" w:noVBand="1"/>
      </w:tblPr>
      <w:tblGrid>
        <w:gridCol w:w="4320"/>
        <w:gridCol w:w="4320"/>
      </w:tblGrid>
      <w:tr w:rsidR="00422024" w14:paraId="123546D0" w14:textId="77777777" w:rsidTr="00422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4D69C45" w14:textId="77777777" w:rsidR="00422024" w:rsidRDefault="00417408">
            <w:pPr>
              <w:rPr>
                <w:rFonts w:hint="eastAsia"/>
              </w:rPr>
            </w:pPr>
            <w:r>
              <w:t>Part</w:t>
            </w:r>
          </w:p>
        </w:tc>
        <w:tc>
          <w:tcPr>
            <w:tcW w:w="4320" w:type="dxa"/>
          </w:tcPr>
          <w:p w14:paraId="0835C78E" w14:textId="77777777" w:rsidR="00422024" w:rsidRDefault="00417408">
            <w:pPr>
              <w:cnfStyle w:val="100000000000" w:firstRow="1" w:lastRow="0" w:firstColumn="0" w:lastColumn="0" w:oddVBand="0" w:evenVBand="0" w:oddHBand="0" w:evenHBand="0" w:firstRowFirstColumn="0" w:firstRowLastColumn="0" w:lastRowFirstColumn="0" w:lastRowLastColumn="0"/>
              <w:rPr>
                <w:rFonts w:hint="eastAsia"/>
              </w:rPr>
            </w:pPr>
            <w:r>
              <w:t>My keywords</w:t>
            </w:r>
          </w:p>
        </w:tc>
      </w:tr>
      <w:tr w:rsidR="00422024" w14:paraId="701F3BF0"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0EA6431" w14:textId="77777777" w:rsidR="00422024" w:rsidRDefault="00417408">
            <w:pPr>
              <w:rPr>
                <w:rFonts w:hint="eastAsia"/>
              </w:rPr>
            </w:pPr>
            <w:r>
              <w:t>Media today</w:t>
            </w:r>
          </w:p>
        </w:tc>
        <w:tc>
          <w:tcPr>
            <w:tcW w:w="4320" w:type="dxa"/>
          </w:tcPr>
          <w:p w14:paraId="5B128257"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br/>
            </w:r>
            <w:r>
              <w:br/>
            </w:r>
          </w:p>
        </w:tc>
      </w:tr>
      <w:tr w:rsidR="00422024" w14:paraId="3116414D"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794B5B72" w14:textId="77777777" w:rsidR="00422024" w:rsidRDefault="00417408">
            <w:pPr>
              <w:rPr>
                <w:rFonts w:hint="eastAsia"/>
              </w:rPr>
            </w:pPr>
            <w:r>
              <w:t>My internet habits</w:t>
            </w:r>
          </w:p>
        </w:tc>
        <w:tc>
          <w:tcPr>
            <w:tcW w:w="4320" w:type="dxa"/>
          </w:tcPr>
          <w:p w14:paraId="5B002EF5"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br/>
            </w:r>
            <w:r>
              <w:br/>
            </w:r>
          </w:p>
        </w:tc>
      </w:tr>
      <w:tr w:rsidR="00422024" w14:paraId="42EE2ED0"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DD3E7B6" w14:textId="77777777" w:rsidR="00422024" w:rsidRDefault="00417408">
            <w:pPr>
              <w:rPr>
                <w:rFonts w:hint="eastAsia"/>
              </w:rPr>
            </w:pPr>
            <w:r>
              <w:t>Social media</w:t>
            </w:r>
          </w:p>
        </w:tc>
        <w:tc>
          <w:tcPr>
            <w:tcW w:w="4320" w:type="dxa"/>
          </w:tcPr>
          <w:p w14:paraId="056D0890"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br/>
            </w:r>
            <w:r>
              <w:br/>
            </w:r>
          </w:p>
        </w:tc>
      </w:tr>
      <w:tr w:rsidR="00422024" w14:paraId="6AC7E7E8"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4686CBBC" w14:textId="77777777" w:rsidR="00422024" w:rsidRDefault="00417408">
            <w:pPr>
              <w:rPr>
                <w:rFonts w:hint="eastAsia"/>
              </w:rPr>
            </w:pPr>
            <w:r>
              <w:t>News and trust</w:t>
            </w:r>
          </w:p>
        </w:tc>
        <w:tc>
          <w:tcPr>
            <w:tcW w:w="4320" w:type="dxa"/>
          </w:tcPr>
          <w:p w14:paraId="3C42D3E6"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br/>
            </w:r>
            <w:r>
              <w:br/>
            </w:r>
          </w:p>
        </w:tc>
      </w:tr>
      <w:tr w:rsidR="00422024" w14:paraId="47D3D0B5"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218A8D1" w14:textId="77777777" w:rsidR="00422024" w:rsidRDefault="00417408">
            <w:pPr>
              <w:rPr>
                <w:rFonts w:hint="eastAsia"/>
              </w:rPr>
            </w:pPr>
            <w:r>
              <w:t>AI</w:t>
            </w:r>
          </w:p>
        </w:tc>
        <w:tc>
          <w:tcPr>
            <w:tcW w:w="4320" w:type="dxa"/>
          </w:tcPr>
          <w:p w14:paraId="57112561"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br/>
            </w:r>
            <w:r>
              <w:br/>
            </w:r>
          </w:p>
        </w:tc>
      </w:tr>
      <w:tr w:rsidR="00422024" w14:paraId="6311E6DD"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23FA7AC2" w14:textId="77777777" w:rsidR="00422024" w:rsidRDefault="00417408">
            <w:pPr>
              <w:rPr>
                <w:rFonts w:hint="eastAsia"/>
              </w:rPr>
            </w:pPr>
            <w:r>
              <w:t>Safety</w:t>
            </w:r>
          </w:p>
        </w:tc>
        <w:tc>
          <w:tcPr>
            <w:tcW w:w="4320" w:type="dxa"/>
          </w:tcPr>
          <w:p w14:paraId="5B44377F"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br/>
            </w:r>
            <w:r>
              <w:br/>
            </w:r>
          </w:p>
        </w:tc>
      </w:tr>
      <w:tr w:rsidR="00422024" w14:paraId="4791373F" w14:textId="77777777" w:rsidTr="00422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0D2A36C" w14:textId="77777777" w:rsidR="00422024" w:rsidRDefault="00417408">
            <w:pPr>
              <w:rPr>
                <w:rFonts w:hint="eastAsia"/>
              </w:rPr>
            </w:pPr>
            <w:r>
              <w:lastRenderedPageBreak/>
              <w:t>Entertainment</w:t>
            </w:r>
          </w:p>
        </w:tc>
        <w:tc>
          <w:tcPr>
            <w:tcW w:w="4320" w:type="dxa"/>
          </w:tcPr>
          <w:p w14:paraId="6BD438BA" w14:textId="77777777" w:rsidR="00422024" w:rsidRDefault="00417408">
            <w:pPr>
              <w:cnfStyle w:val="000000100000" w:firstRow="0" w:lastRow="0" w:firstColumn="0" w:lastColumn="0" w:oddVBand="0" w:evenVBand="0" w:oddHBand="1" w:evenHBand="0" w:firstRowFirstColumn="0" w:firstRowLastColumn="0" w:lastRowFirstColumn="0" w:lastRowLastColumn="0"/>
              <w:rPr>
                <w:rFonts w:hint="eastAsia"/>
              </w:rPr>
            </w:pPr>
            <w:r>
              <w:br/>
            </w:r>
            <w:r>
              <w:br/>
            </w:r>
          </w:p>
        </w:tc>
      </w:tr>
      <w:tr w:rsidR="00422024" w14:paraId="58B1D10C" w14:textId="77777777" w:rsidTr="00422024">
        <w:tc>
          <w:tcPr>
            <w:cnfStyle w:val="001000000000" w:firstRow="0" w:lastRow="0" w:firstColumn="1" w:lastColumn="0" w:oddVBand="0" w:evenVBand="0" w:oddHBand="0" w:evenHBand="0" w:firstRowFirstColumn="0" w:firstRowLastColumn="0" w:lastRowFirstColumn="0" w:lastRowLastColumn="0"/>
            <w:tcW w:w="4320" w:type="dxa"/>
          </w:tcPr>
          <w:p w14:paraId="29015982" w14:textId="77777777" w:rsidR="00422024" w:rsidRDefault="00417408">
            <w:pPr>
              <w:rPr>
                <w:rFonts w:hint="eastAsia"/>
              </w:rPr>
            </w:pPr>
            <w:r>
              <w:t>My opinion and future</w:t>
            </w:r>
          </w:p>
        </w:tc>
        <w:tc>
          <w:tcPr>
            <w:tcW w:w="4320" w:type="dxa"/>
          </w:tcPr>
          <w:p w14:paraId="33D3A01A" w14:textId="77777777" w:rsidR="00422024" w:rsidRDefault="00417408">
            <w:pPr>
              <w:cnfStyle w:val="000000000000" w:firstRow="0" w:lastRow="0" w:firstColumn="0" w:lastColumn="0" w:oddVBand="0" w:evenVBand="0" w:oddHBand="0" w:evenHBand="0" w:firstRowFirstColumn="0" w:firstRowLastColumn="0" w:lastRowFirstColumn="0" w:lastRowLastColumn="0"/>
              <w:rPr>
                <w:rFonts w:hint="eastAsia"/>
              </w:rPr>
            </w:pPr>
            <w:r>
              <w:br/>
            </w:r>
            <w:r>
              <w:br/>
            </w:r>
          </w:p>
        </w:tc>
      </w:tr>
    </w:tbl>
    <w:p w14:paraId="38AD9DC4" w14:textId="77777777" w:rsidR="00422024" w:rsidRDefault="00417408">
      <w:pPr>
        <w:pStyle w:val="Nadpis1"/>
      </w:pPr>
      <w:r>
        <w:t>Final checklist</w:t>
      </w:r>
    </w:p>
    <w:p w14:paraId="778A2AF6" w14:textId="77777777" w:rsidR="00422024" w:rsidRDefault="00417408">
      <w:pPr>
        <w:rPr>
          <w:rFonts w:hint="eastAsia"/>
        </w:rPr>
      </w:pPr>
      <w:r>
        <w:t>☐ I can compare traditional and digital media.</w:t>
      </w:r>
    </w:p>
    <w:p w14:paraId="0A9F1981" w14:textId="77777777" w:rsidR="00422024" w:rsidRDefault="00417408">
      <w:pPr>
        <w:rPr>
          <w:rFonts w:hint="eastAsia"/>
        </w:rPr>
      </w:pPr>
      <w:r>
        <w:t>☐ I can describe how I use the internet and social media.</w:t>
      </w:r>
    </w:p>
    <w:p w14:paraId="14A22057" w14:textId="77777777" w:rsidR="00422024" w:rsidRDefault="00417408">
      <w:pPr>
        <w:rPr>
          <w:rFonts w:hint="eastAsia"/>
        </w:rPr>
      </w:pPr>
      <w:r>
        <w:t>☐ I can explain how I check online news.</w:t>
      </w:r>
    </w:p>
    <w:p w14:paraId="2ABF5F1B" w14:textId="77777777" w:rsidR="00422024" w:rsidRDefault="00417408">
      <w:pPr>
        <w:rPr>
          <w:rFonts w:hint="eastAsia"/>
        </w:rPr>
      </w:pPr>
      <w:r>
        <w:t>☐ I can describe one useful AI application and one risk.</w:t>
      </w:r>
    </w:p>
    <w:p w14:paraId="0AB05CD0" w14:textId="77777777" w:rsidR="00422024" w:rsidRDefault="00417408">
      <w:pPr>
        <w:rPr>
          <w:rFonts w:hint="eastAsia"/>
        </w:rPr>
      </w:pPr>
      <w:r>
        <w:t>☐ I can give examples of online safety rules.</w:t>
      </w:r>
    </w:p>
    <w:p w14:paraId="2AE54E69" w14:textId="77777777" w:rsidR="00422024" w:rsidRDefault="00417408">
      <w:pPr>
        <w:rPr>
          <w:rFonts w:hint="eastAsia"/>
        </w:rPr>
      </w:pPr>
      <w:r>
        <w:t>☐ I can express my opinion and support it with a reason and example.</w:t>
      </w:r>
    </w:p>
    <w:sectPr w:rsidR="00422024" w:rsidSect="00034616">
      <w:pgSz w:w="12240" w:h="15840"/>
      <w:pgMar w:top="1037" w:right="1800" w:bottom="1008"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514E"/>
    <w:rsid w:val="00417408"/>
    <w:rsid w:val="0042202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1976CE"/>
  <w14:defaultImageDpi w14:val="300"/>
  <w15:docId w15:val="{83B3252A-73A1-483B-A0A4-D3EBF4D34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pPr>
    <w:rPr>
      <w:rFonts w:ascii="Aptos" w:hAnsi="Aptos"/>
      <w:color w:val="183250"/>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265B87"/>
      <w:sz w:val="30"/>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265B87"/>
      <w:sz w:val="22"/>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65B87"/>
      <w:spacing w:val="5"/>
      <w:kern w:val="28"/>
      <w:sz w:val="46"/>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1746</Words>
  <Characters>10308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Veronika Klikarová</cp:lastModifiedBy>
  <cp:revision>4</cp:revision>
  <dcterms:created xsi:type="dcterms:W3CDTF">2026-10-20T13:44:00Z</dcterms:created>
  <dcterms:modified xsi:type="dcterms:W3CDTF">2026-10-20T14:40:00Z</dcterms:modified>
  <cp:category/>
</cp:coreProperties>
</file>