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AE880" w14:textId="77777777" w:rsidR="00972F67" w:rsidRDefault="00374EFC">
      <w:pPr>
        <w:pStyle w:val="Nzev"/>
      </w:pPr>
      <w:r>
        <w:t>Family Relationships and Everyday Life</w:t>
      </w:r>
    </w:p>
    <w:p w14:paraId="13F67189" w14:textId="77777777" w:rsidR="00972F67" w:rsidRDefault="00374EFC">
      <w:pPr>
        <w:rPr>
          <w:rFonts w:hint="eastAsia"/>
        </w:rPr>
      </w:pPr>
      <w:r>
        <w:rPr>
          <w:b/>
        </w:rPr>
        <w:t>VOCABULARY WORKSHEET  |  B1–B2  |  45 minutes</w:t>
      </w:r>
    </w:p>
    <w:p w14:paraId="706E51FC" w14:textId="77777777" w:rsidR="00972F67" w:rsidRDefault="00374EFC">
      <w:pPr>
        <w:rPr>
          <w:rFonts w:hint="eastAsia"/>
        </w:rPr>
      </w:pPr>
      <w:r>
        <w:t>Name: _____________________________________   Class: __________   Date: __________</w:t>
      </w:r>
    </w:p>
    <w:p w14:paraId="534C19BF" w14:textId="77777777" w:rsidR="00972F67" w:rsidRDefault="00374EFC">
      <w:pPr>
        <w:rPr>
          <w:rFonts w:hint="eastAsia"/>
        </w:rPr>
      </w:pPr>
      <w:r>
        <w:t>Focus: family members, appearance and personality, relationships, household chores, school and hobbies. Most tasks practise vocabulary; the short reading also revises Present Simple.</w:t>
      </w:r>
    </w:p>
    <w:p w14:paraId="29848F20" w14:textId="441E257A" w:rsidR="00972F67" w:rsidRDefault="00374EFC">
      <w:pPr>
        <w:pStyle w:val="Nadpis1"/>
      </w:pPr>
      <w:r>
        <w:t xml:space="preserve">1  Match the expressions to their meanings   </w:t>
      </w:r>
    </w:p>
    <w:p w14:paraId="5D739730" w14:textId="77777777" w:rsidR="00972F67" w:rsidRDefault="00374EFC">
      <w:pPr>
        <w:rPr>
          <w:rFonts w:hint="eastAsia"/>
        </w:rPr>
      </w:pPr>
      <w:r>
        <w:t>Write the correct letter next to each expression.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977"/>
        <w:gridCol w:w="4977"/>
      </w:tblGrid>
      <w:tr w:rsidR="00972F67" w14:paraId="7E8FDA79" w14:textId="77777777">
        <w:trPr>
          <w:jc w:val="center"/>
        </w:trPr>
        <w:tc>
          <w:tcPr>
            <w:tcW w:w="4982" w:type="dxa"/>
            <w:shd w:val="clear" w:color="auto" w:fill="17495A"/>
            <w:vAlign w:val="center"/>
          </w:tcPr>
          <w:p w14:paraId="367C011A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Expressions</w:t>
            </w:r>
          </w:p>
        </w:tc>
        <w:tc>
          <w:tcPr>
            <w:tcW w:w="4982" w:type="dxa"/>
            <w:shd w:val="clear" w:color="auto" w:fill="17495A"/>
            <w:vAlign w:val="center"/>
          </w:tcPr>
          <w:p w14:paraId="4E43152A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Meanings</w:t>
            </w:r>
          </w:p>
        </w:tc>
      </w:tr>
      <w:tr w:rsidR="00972F67" w14:paraId="1575990F" w14:textId="77777777">
        <w:trPr>
          <w:jc w:val="center"/>
        </w:trPr>
        <w:tc>
          <w:tcPr>
            <w:tcW w:w="4982" w:type="dxa"/>
            <w:vAlign w:val="center"/>
          </w:tcPr>
          <w:p w14:paraId="6FBD5B93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1. extended family  ____</w:t>
            </w:r>
          </w:p>
        </w:tc>
        <w:tc>
          <w:tcPr>
            <w:tcW w:w="4982" w:type="dxa"/>
            <w:vAlign w:val="center"/>
          </w:tcPr>
          <w:p w14:paraId="4E6F0DEA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A. admire and respect someone</w:t>
            </w:r>
          </w:p>
        </w:tc>
      </w:tr>
      <w:tr w:rsidR="00972F67" w14:paraId="0668D9A5" w14:textId="77777777">
        <w:trPr>
          <w:jc w:val="center"/>
        </w:trPr>
        <w:tc>
          <w:tcPr>
            <w:tcW w:w="4982" w:type="dxa"/>
            <w:vAlign w:val="center"/>
          </w:tcPr>
          <w:p w14:paraId="5B7DA020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2. siblings  ____</w:t>
            </w:r>
          </w:p>
        </w:tc>
        <w:tc>
          <w:tcPr>
            <w:tcW w:w="4982" w:type="dxa"/>
            <w:vAlign w:val="center"/>
          </w:tcPr>
          <w:p w14:paraId="7D74D6FE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B. begin a new free-time activity</w:t>
            </w:r>
          </w:p>
        </w:tc>
      </w:tr>
      <w:tr w:rsidR="00972F67" w14:paraId="29814259" w14:textId="77777777">
        <w:trPr>
          <w:jc w:val="center"/>
        </w:trPr>
        <w:tc>
          <w:tcPr>
            <w:tcW w:w="4982" w:type="dxa"/>
            <w:vAlign w:val="center"/>
          </w:tcPr>
          <w:p w14:paraId="7F723CB8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3. get on well with  ____</w:t>
            </w:r>
          </w:p>
        </w:tc>
        <w:tc>
          <w:tcPr>
            <w:tcW w:w="4982" w:type="dxa"/>
            <w:vAlign w:val="center"/>
          </w:tcPr>
          <w:p w14:paraId="5C905E5F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C. brothers and sisters</w:t>
            </w:r>
          </w:p>
        </w:tc>
      </w:tr>
      <w:tr w:rsidR="00972F67" w14:paraId="1AE0C995" w14:textId="77777777">
        <w:trPr>
          <w:jc w:val="center"/>
        </w:trPr>
        <w:tc>
          <w:tcPr>
            <w:tcW w:w="4982" w:type="dxa"/>
            <w:vAlign w:val="center"/>
          </w:tcPr>
          <w:p w14:paraId="5EDB1005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4. take after  ____</w:t>
            </w:r>
          </w:p>
        </w:tc>
        <w:tc>
          <w:tcPr>
            <w:tcW w:w="4982" w:type="dxa"/>
            <w:vAlign w:val="center"/>
          </w:tcPr>
          <w:p w14:paraId="150278CB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D. be similar to a relative</w:t>
            </w:r>
          </w:p>
        </w:tc>
      </w:tr>
      <w:tr w:rsidR="00972F67" w14:paraId="43B91964" w14:textId="77777777">
        <w:trPr>
          <w:jc w:val="center"/>
        </w:trPr>
        <w:tc>
          <w:tcPr>
            <w:tcW w:w="4982" w:type="dxa"/>
            <w:vAlign w:val="center"/>
          </w:tcPr>
          <w:p w14:paraId="3CA217B2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5. rely on  ____</w:t>
            </w:r>
          </w:p>
        </w:tc>
        <w:tc>
          <w:tcPr>
            <w:tcW w:w="4982" w:type="dxa"/>
            <w:vAlign w:val="center"/>
          </w:tcPr>
          <w:p w14:paraId="3173D4D7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E. have a friendly relationship</w:t>
            </w:r>
          </w:p>
        </w:tc>
      </w:tr>
      <w:tr w:rsidR="00972F67" w14:paraId="481C22A7" w14:textId="77777777">
        <w:trPr>
          <w:jc w:val="center"/>
        </w:trPr>
        <w:tc>
          <w:tcPr>
            <w:tcW w:w="4982" w:type="dxa"/>
            <w:vAlign w:val="center"/>
          </w:tcPr>
          <w:p w14:paraId="2F0FF0A3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6. look up to  ____</w:t>
            </w:r>
          </w:p>
        </w:tc>
        <w:tc>
          <w:tcPr>
            <w:tcW w:w="4982" w:type="dxa"/>
            <w:vAlign w:val="center"/>
          </w:tcPr>
          <w:p w14:paraId="118F78DB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F. relatives such as grandparents, cousins, aunts and uncles</w:t>
            </w:r>
          </w:p>
        </w:tc>
      </w:tr>
      <w:tr w:rsidR="00972F67" w14:paraId="072F53FD" w14:textId="77777777">
        <w:trPr>
          <w:jc w:val="center"/>
        </w:trPr>
        <w:tc>
          <w:tcPr>
            <w:tcW w:w="4982" w:type="dxa"/>
            <w:vAlign w:val="center"/>
          </w:tcPr>
          <w:p w14:paraId="7A6A4A3D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7. make up  ____</w:t>
            </w:r>
          </w:p>
        </w:tc>
        <w:tc>
          <w:tcPr>
            <w:tcW w:w="4982" w:type="dxa"/>
            <w:vAlign w:val="center"/>
          </w:tcPr>
          <w:p w14:paraId="5AAF03BD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G. trust someone to help you</w:t>
            </w:r>
          </w:p>
        </w:tc>
      </w:tr>
      <w:tr w:rsidR="00972F67" w14:paraId="5EEA79B5" w14:textId="77777777">
        <w:trPr>
          <w:jc w:val="center"/>
        </w:trPr>
        <w:tc>
          <w:tcPr>
            <w:tcW w:w="4982" w:type="dxa"/>
            <w:vAlign w:val="center"/>
          </w:tcPr>
          <w:p w14:paraId="3DB5BAB8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8. household chores  ____</w:t>
            </w:r>
          </w:p>
        </w:tc>
        <w:tc>
          <w:tcPr>
            <w:tcW w:w="4982" w:type="dxa"/>
            <w:vAlign w:val="center"/>
          </w:tcPr>
          <w:p w14:paraId="7FC90C51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H. jobs such as cleaning or washing up</w:t>
            </w:r>
          </w:p>
        </w:tc>
      </w:tr>
      <w:tr w:rsidR="00972F67" w14:paraId="1D9DC1BB" w14:textId="77777777">
        <w:trPr>
          <w:jc w:val="center"/>
        </w:trPr>
        <w:tc>
          <w:tcPr>
            <w:tcW w:w="4982" w:type="dxa"/>
            <w:vAlign w:val="center"/>
          </w:tcPr>
          <w:p w14:paraId="644BFF60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9. stubborn  ____</w:t>
            </w:r>
          </w:p>
        </w:tc>
        <w:tc>
          <w:tcPr>
            <w:tcW w:w="4982" w:type="dxa"/>
            <w:vAlign w:val="center"/>
          </w:tcPr>
          <w:p w14:paraId="5290F1EC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I. refuse to change your opinion easily</w:t>
            </w:r>
          </w:p>
        </w:tc>
      </w:tr>
      <w:tr w:rsidR="00972F67" w14:paraId="17AA02C5" w14:textId="77777777">
        <w:trPr>
          <w:jc w:val="center"/>
        </w:trPr>
        <w:tc>
          <w:tcPr>
            <w:tcW w:w="4982" w:type="dxa"/>
            <w:vAlign w:val="center"/>
          </w:tcPr>
          <w:p w14:paraId="481DD1FD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10. take up a hobby  ____</w:t>
            </w:r>
          </w:p>
        </w:tc>
        <w:tc>
          <w:tcPr>
            <w:tcW w:w="4982" w:type="dxa"/>
            <w:vAlign w:val="center"/>
          </w:tcPr>
          <w:p w14:paraId="3B0DB372" w14:textId="77777777" w:rsidR="00972F67" w:rsidRDefault="00374EFC">
            <w:pPr>
              <w:spacing w:before="20" w:after="20"/>
              <w:rPr>
                <w:rFonts w:hint="eastAsia"/>
              </w:rPr>
            </w:pPr>
            <w:r>
              <w:rPr>
                <w:sz w:val="18"/>
              </w:rPr>
              <w:t>J. become friends again after an argument</w:t>
            </w:r>
          </w:p>
        </w:tc>
      </w:tr>
    </w:tbl>
    <w:p w14:paraId="7038F7AF" w14:textId="56F2AF16" w:rsidR="00972F67" w:rsidRDefault="00374EFC">
      <w:pPr>
        <w:pStyle w:val="Nadpis1"/>
      </w:pPr>
      <w:r>
        <w:t xml:space="preserve">2  Choose the right word   </w:t>
      </w:r>
    </w:p>
    <w:p w14:paraId="5482F6A6" w14:textId="77777777" w:rsidR="00972F67" w:rsidRDefault="00374EFC">
      <w:pPr>
        <w:rPr>
          <w:rFonts w:hint="eastAsia"/>
        </w:rPr>
      </w:pPr>
      <w:r>
        <w:t>Circle the correct option. Use the meaning of the whole sentence.</w:t>
      </w:r>
    </w:p>
    <w:p w14:paraId="3F3D24BB" w14:textId="77777777" w:rsidR="00972F67" w:rsidRDefault="00374EFC">
      <w:pPr>
        <w:rPr>
          <w:rFonts w:hint="eastAsia"/>
        </w:rPr>
      </w:pPr>
      <w:r>
        <w:t>1. My sister always keeps her promises. She is  reliable / selfish / moody.</w:t>
      </w:r>
    </w:p>
    <w:p w14:paraId="27B6FF63" w14:textId="77777777" w:rsidR="00972F67" w:rsidRDefault="00374EFC">
      <w:pPr>
        <w:rPr>
          <w:rFonts w:hint="eastAsia"/>
        </w:rPr>
      </w:pPr>
      <w:r>
        <w:t>2. Our grandfather never gets angry when we ask questions. He is  bossy / patient / stubborn.</w:t>
      </w:r>
    </w:p>
    <w:p w14:paraId="3270508F" w14:textId="77777777" w:rsidR="00972F67" w:rsidRDefault="00374EFC">
      <w:pPr>
        <w:rPr>
          <w:rFonts w:hint="eastAsia"/>
        </w:rPr>
      </w:pPr>
      <w:r>
        <w:t>3. I can tell my cousin anything. We are very  close / strict / overweight.</w:t>
      </w:r>
    </w:p>
    <w:p w14:paraId="19CF3E64" w14:textId="77777777" w:rsidR="00972F67" w:rsidRDefault="00374EFC">
      <w:pPr>
        <w:rPr>
          <w:rFonts w:hint="eastAsia"/>
        </w:rPr>
      </w:pPr>
      <w:r>
        <w:t>4. My brother enjoys meeting new people. He is  quiet / sociable / impatient.</w:t>
      </w:r>
    </w:p>
    <w:p w14:paraId="3E993DE6" w14:textId="77777777" w:rsidR="00972F67" w:rsidRDefault="00374EFC">
      <w:pPr>
        <w:rPr>
          <w:rFonts w:hint="eastAsia"/>
        </w:rPr>
      </w:pPr>
      <w:r>
        <w:t>5. I do the washing-up and take out the rubbish. These are my  relatives / chores / hobbies.</w:t>
      </w:r>
    </w:p>
    <w:p w14:paraId="17E8638B" w14:textId="77777777" w:rsidR="00972F67" w:rsidRDefault="00374EFC">
      <w:pPr>
        <w:rPr>
          <w:rFonts w:hint="eastAsia"/>
        </w:rPr>
      </w:pPr>
      <w:r>
        <w:t>6. My dad works in a garage and repairs cars. He is very  practical / selfish / moody.</w:t>
      </w:r>
    </w:p>
    <w:p w14:paraId="493F8DCF" w14:textId="77777777" w:rsidR="00972F67" w:rsidRDefault="00374EFC">
      <w:pPr>
        <w:rPr>
          <w:rFonts w:hint="eastAsia"/>
        </w:rPr>
      </w:pPr>
      <w:r>
        <w:t>7. My aunt has short,  curly / reliable / honest  hair.</w:t>
      </w:r>
    </w:p>
    <w:p w14:paraId="26300E86" w14:textId="77777777" w:rsidR="00972F67" w:rsidRDefault="00374EFC">
      <w:pPr>
        <w:rPr>
          <w:rFonts w:hint="eastAsia"/>
        </w:rPr>
      </w:pPr>
      <w:r>
        <w:t>8. I usually  commute / argue / make up  to school by bus.</w:t>
      </w:r>
    </w:p>
    <w:p w14:paraId="1CA9F9BB" w14:textId="5C6D7334" w:rsidR="00972F67" w:rsidRDefault="00374EFC">
      <w:pPr>
        <w:pStyle w:val="Nadpis1"/>
      </w:pPr>
      <w:r>
        <w:t xml:space="preserve">3  Complete the phrases  </w:t>
      </w:r>
    </w:p>
    <w:p w14:paraId="3FDE469D" w14:textId="77777777" w:rsidR="00972F67" w:rsidRDefault="00374EFC">
      <w:pPr>
        <w:rPr>
          <w:rFonts w:hint="eastAsia"/>
        </w:rPr>
      </w:pPr>
      <w:r>
        <w:t>Use the words in the box. Each word is used once.</w:t>
      </w:r>
    </w:p>
    <w:p w14:paraId="4D47BA0B" w14:textId="77777777" w:rsidR="00972F67" w:rsidRDefault="00374EFC">
      <w:pPr>
        <w:rPr>
          <w:rFonts w:hint="eastAsia"/>
        </w:rPr>
      </w:pPr>
      <w:r>
        <w:rPr>
          <w:b/>
        </w:rPr>
        <w:t>advice   •   common   •   responsible   •   training   •   rubbish   •   privacy   •   well   •   compromise</w:t>
      </w:r>
    </w:p>
    <w:p w14:paraId="53B91D00" w14:textId="77777777" w:rsidR="00972F67" w:rsidRDefault="00374EFC">
      <w:pPr>
        <w:rPr>
          <w:rFonts w:hint="eastAsia"/>
        </w:rPr>
      </w:pPr>
      <w:r>
        <w:t>1. get on __________ with my parents</w:t>
      </w:r>
    </w:p>
    <w:p w14:paraId="7F9A5D24" w14:textId="77777777" w:rsidR="00972F67" w:rsidRDefault="00374EFC">
      <w:pPr>
        <w:rPr>
          <w:rFonts w:hint="eastAsia"/>
        </w:rPr>
      </w:pPr>
      <w:r>
        <w:t>2. have a lot in __________</w:t>
      </w:r>
    </w:p>
    <w:p w14:paraId="5FF42D9B" w14:textId="77777777" w:rsidR="00972F67" w:rsidRDefault="00374EFC">
      <w:pPr>
        <w:rPr>
          <w:rFonts w:hint="eastAsia"/>
        </w:rPr>
      </w:pPr>
      <w:r>
        <w:t>3. ask someone for __________</w:t>
      </w:r>
    </w:p>
    <w:p w14:paraId="35867325" w14:textId="77777777" w:rsidR="00972F67" w:rsidRDefault="00374EFC">
      <w:pPr>
        <w:rPr>
          <w:rFonts w:hint="eastAsia"/>
        </w:rPr>
      </w:pPr>
      <w:r>
        <w:t>4. be __________ for walking the dog</w:t>
      </w:r>
    </w:p>
    <w:p w14:paraId="01FC1222" w14:textId="77777777" w:rsidR="00972F67" w:rsidRDefault="00374EFC">
      <w:pPr>
        <w:rPr>
          <w:rFonts w:hint="eastAsia"/>
        </w:rPr>
      </w:pPr>
      <w:r>
        <w:t>5. take out the __________</w:t>
      </w:r>
    </w:p>
    <w:p w14:paraId="3E5064F7" w14:textId="77777777" w:rsidR="00972F67" w:rsidRDefault="00374EFC">
      <w:pPr>
        <w:rPr>
          <w:rFonts w:hint="eastAsia"/>
        </w:rPr>
      </w:pPr>
      <w:r>
        <w:t>6. enjoy practical __________ at school</w:t>
      </w:r>
    </w:p>
    <w:p w14:paraId="2D3E1D91" w14:textId="77777777" w:rsidR="00972F67" w:rsidRDefault="00374EFC">
      <w:pPr>
        <w:rPr>
          <w:rFonts w:hint="eastAsia"/>
        </w:rPr>
      </w:pPr>
      <w:r>
        <w:t>7. need some __________ after a busy day</w:t>
      </w:r>
    </w:p>
    <w:p w14:paraId="4301193E" w14:textId="77777777" w:rsidR="00972F67" w:rsidRDefault="00374EFC">
      <w:pPr>
        <w:rPr>
          <w:rFonts w:hint="eastAsia"/>
        </w:rPr>
      </w:pPr>
      <w:r>
        <w:lastRenderedPageBreak/>
        <w:t>8. find a __________ after an argument</w:t>
      </w:r>
    </w:p>
    <w:p w14:paraId="1C324A00" w14:textId="71F94734" w:rsidR="00972F67" w:rsidRDefault="00374EFC">
      <w:pPr>
        <w:pStyle w:val="Nadpis1"/>
      </w:pPr>
      <w:r>
        <w:t xml:space="preserve">4  A weekday in the Novák family   </w:t>
      </w:r>
    </w:p>
    <w:p w14:paraId="504D99BF" w14:textId="77777777" w:rsidR="00972F67" w:rsidRDefault="00374EFC">
      <w:pPr>
        <w:rPr>
          <w:rFonts w:hint="eastAsia"/>
        </w:rPr>
      </w:pPr>
      <w:r>
        <w:t>Complete the article with the Present Simple form of the verbs in brackets. Then answer the vocabulary questions below.</w:t>
      </w:r>
    </w:p>
    <w:p w14:paraId="4C10139F" w14:textId="77777777" w:rsidR="00972F67" w:rsidRDefault="00374EFC">
      <w:pPr>
        <w:rPr>
          <w:rFonts w:hint="eastAsia"/>
        </w:rPr>
      </w:pPr>
      <w:r>
        <w:t>Petra and Milan (1) __________ (live) with their two children in a small town. Their son Adam (2) __________ (attend) a secondary vocational school. Milan (3) __________ (work) in a car service and Petra (4) __________ (teach) at a local school. The children (5) __________ (take) the bus to school. Adam (6) __________ (not enjoy) getting up early, but he (7) __________ (like) practical training. After school he often (8) __________ (meet) friends. His sister Klára (9) __________ (practise) the guitar three times a week. Everyone (10) __________ (help) with household chores. Adam (11) __________ (take) out the rubbish and Klára (12) __________ (load) the dishwasher. The family (13) __________ (try) to eat dinner together, and they (14) __________ (not use) their phones at the table.</w:t>
      </w:r>
    </w:p>
    <w:p w14:paraId="1FCD8F6F" w14:textId="77777777" w:rsidR="00972F67" w:rsidRDefault="00374EFC">
      <w:pPr>
        <w:rPr>
          <w:rFonts w:hint="eastAsia"/>
        </w:rPr>
      </w:pPr>
      <w:r>
        <w:rPr>
          <w:b/>
        </w:rPr>
        <w:t>Find an expression in the article that means:</w:t>
      </w:r>
    </w:p>
    <w:p w14:paraId="2C04528B" w14:textId="77777777" w:rsidR="00972F67" w:rsidRDefault="00374EFC">
      <w:pPr>
        <w:rPr>
          <w:rFonts w:hint="eastAsia"/>
        </w:rPr>
      </w:pPr>
      <w:r>
        <w:t>a) learning job skills by doing: __________________________________</w:t>
      </w:r>
    </w:p>
    <w:p w14:paraId="3CDF6155" w14:textId="77777777" w:rsidR="00972F67" w:rsidRDefault="00374EFC">
      <w:pPr>
        <w:rPr>
          <w:rFonts w:hint="eastAsia"/>
        </w:rPr>
      </w:pPr>
      <w:r>
        <w:t>b) duties such as cleaning at home: ______________________________</w:t>
      </w:r>
    </w:p>
    <w:p w14:paraId="60A5D49E" w14:textId="77777777" w:rsidR="00972F67" w:rsidRDefault="00374EFC">
      <w:pPr>
        <w:rPr>
          <w:rFonts w:hint="eastAsia"/>
        </w:rPr>
      </w:pPr>
      <w:r>
        <w:t>c) travel regularly to school or work (write a suitable phrase): _______________________</w:t>
      </w:r>
    </w:p>
    <w:p w14:paraId="54DA89F6" w14:textId="1C0A89FA" w:rsidR="00972F67" w:rsidRDefault="00374EFC">
      <w:pPr>
        <w:pStyle w:val="Nadpis1"/>
      </w:pPr>
      <w:r>
        <w:t xml:space="preserve">5  Speaking: use the vocabulary  </w:t>
      </w:r>
    </w:p>
    <w:p w14:paraId="5EEB9707" w14:textId="77777777" w:rsidR="00972F67" w:rsidRDefault="00374EFC">
      <w:pPr>
        <w:rPr>
          <w:rFonts w:hint="eastAsia"/>
        </w:rPr>
      </w:pPr>
      <w:r>
        <w:t>Work in pairs. Choose TWO questions. Answer with a reason and an example; use at least FOUR expressions from this worksheet.</w:t>
      </w:r>
    </w:p>
    <w:p w14:paraId="0F0DE0A1" w14:textId="77777777" w:rsidR="00972F67" w:rsidRDefault="00374EFC">
      <w:pPr>
        <w:rPr>
          <w:rFonts w:hint="eastAsia"/>
        </w:rPr>
      </w:pPr>
      <w:r>
        <w:t>• Who are you closest to in your family? Why?</w:t>
      </w:r>
    </w:p>
    <w:p w14:paraId="226F4859" w14:textId="77777777" w:rsidR="00972F67" w:rsidRDefault="00374EFC">
      <w:pPr>
        <w:rPr>
          <w:rFonts w:hint="eastAsia"/>
        </w:rPr>
      </w:pPr>
      <w:r>
        <w:t>• Which family member do you look up to or take after?</w:t>
      </w:r>
    </w:p>
    <w:p w14:paraId="2237393A" w14:textId="77777777" w:rsidR="00972F67" w:rsidRDefault="00374EFC">
      <w:pPr>
        <w:rPr>
          <w:rFonts w:hint="eastAsia"/>
        </w:rPr>
      </w:pPr>
      <w:r>
        <w:t>• How do you share household chores at home?</w:t>
      </w:r>
    </w:p>
    <w:p w14:paraId="3B9B3712" w14:textId="77777777" w:rsidR="00972F67" w:rsidRDefault="00374EFC">
      <w:pPr>
        <w:rPr>
          <w:rFonts w:hint="eastAsia"/>
        </w:rPr>
      </w:pPr>
      <w:r>
        <w:t>• What is your main hobby? Would you like to take up a new one?</w:t>
      </w:r>
    </w:p>
    <w:p w14:paraId="4C9C6E94" w14:textId="77777777" w:rsidR="00972F67" w:rsidRDefault="00374EFC">
      <w:pPr>
        <w:rPr>
          <w:rFonts w:hint="eastAsia"/>
        </w:rPr>
      </w:pPr>
      <w:r>
        <w:rPr>
          <w:b/>
        </w:rPr>
        <w:t>Useful start: I get on well with … because …  /  I am responsible for …  /  For example, …</w:t>
      </w:r>
    </w:p>
    <w:sectPr w:rsidR="00972F67" w:rsidSect="00034616">
      <w:footerReference w:type="default" r:id="rId8"/>
      <w:pgSz w:w="12240" w:h="15840"/>
      <w:pgMar w:top="965" w:right="1138" w:bottom="907" w:left="113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DB942" w14:textId="77777777" w:rsidR="00784774" w:rsidRDefault="0078477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631D7A1" w14:textId="77777777" w:rsidR="00784774" w:rsidRDefault="0078477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7A5AE" w14:textId="77777777" w:rsidR="00972F67" w:rsidRDefault="00374EFC">
    <w:pPr>
      <w:pStyle w:val="Zpat"/>
      <w:jc w:val="right"/>
      <w:rPr>
        <w:rFonts w:hint="eastAsia"/>
      </w:rPr>
    </w:pPr>
    <w:r>
      <w:rPr>
        <w:sz w:val="16"/>
      </w:rPr>
      <w:t>ENGLISH MATURITA  •  FAMILY RELATIONSHIPS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E7A66" w14:textId="77777777" w:rsidR="00784774" w:rsidRDefault="0078477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747FEF" w14:textId="77777777" w:rsidR="00784774" w:rsidRDefault="0078477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0BE"/>
    <w:rsid w:val="0029639D"/>
    <w:rsid w:val="00326F90"/>
    <w:rsid w:val="00374EFC"/>
    <w:rsid w:val="00611E9B"/>
    <w:rsid w:val="00784774"/>
    <w:rsid w:val="00972F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D92EC"/>
  <w14:defaultImageDpi w14:val="300"/>
  <w15:docId w15:val="{27DC0E1C-7E78-47EE-A7DB-3CBB5B5C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83852"/>
      <w:sz w:val="24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83852"/>
      <w:spacing w:val="5"/>
      <w:kern w:val="28"/>
      <w:sz w:val="38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 Klikarová</cp:lastModifiedBy>
  <cp:revision>3</cp:revision>
  <dcterms:created xsi:type="dcterms:W3CDTF">2026-10-20T14:06:00Z</dcterms:created>
  <dcterms:modified xsi:type="dcterms:W3CDTF">2026-10-20T14:36:00Z</dcterms:modified>
  <cp:category/>
</cp:coreProperties>
</file>