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EF594" w14:textId="77777777" w:rsidR="002A19C4" w:rsidRDefault="00E50DB3">
      <w:pPr>
        <w:pStyle w:val="Nzev"/>
      </w:pPr>
      <w:r>
        <w:t>FAMILY RELATIONSHIPS AND EVERYDAY LIFE</w:t>
      </w:r>
    </w:p>
    <w:p w14:paraId="411003A9" w14:textId="77777777" w:rsidR="002A19C4" w:rsidRDefault="00E50DB3">
      <w:pPr>
        <w:pStyle w:val="Podnadpis"/>
      </w:pPr>
      <w:r>
        <w:t>ENGLISH MATURITA  |  Speaking guide  |  B1–B2</w:t>
      </w:r>
    </w:p>
    <w:p w14:paraId="1E693C85" w14:textId="77777777" w:rsidR="002A19C4" w:rsidRDefault="00E50DB3">
      <w:pPr>
        <w:pStyle w:val="Nadpis1"/>
      </w:pPr>
      <w:r>
        <w:t>Your speaking goal</w:t>
      </w:r>
    </w:p>
    <w:p w14:paraId="464370CA" w14:textId="77777777" w:rsidR="002A19C4" w:rsidRDefault="00E50DB3">
      <w:pPr>
        <w:rPr>
          <w:rFonts w:hint="eastAsia"/>
        </w:rPr>
      </w:pPr>
      <w:r>
        <w:t xml:space="preserve">Speak naturally about your family, important people, relationships, everyday responsibilities, school and free time. Explain your opinions and give </w:t>
      </w:r>
      <w:r>
        <w:t>personal examples. You do not need to describe every family member in detail.</w:t>
      </w:r>
    </w:p>
    <w:p w14:paraId="244AD13F" w14:textId="77777777" w:rsidR="002A19C4" w:rsidRDefault="00E50DB3">
      <w:pPr>
        <w:pStyle w:val="Nadpis1"/>
      </w:pPr>
      <w:r>
        <w:t>Suggested structure for a 7-minute answer</w:t>
      </w:r>
    </w:p>
    <w:p w14:paraId="654A2BE3" w14:textId="77777777" w:rsidR="002A19C4" w:rsidRDefault="00E50DB3">
      <w:pPr>
        <w:pStyle w:val="Seznamsodrkami"/>
        <w:rPr>
          <w:rFonts w:hint="eastAsia"/>
        </w:rPr>
      </w:pPr>
      <w:r>
        <w:t>1. My family — who I live with and my relatives</w:t>
      </w:r>
    </w:p>
    <w:p w14:paraId="698280AC" w14:textId="77777777" w:rsidR="002A19C4" w:rsidRDefault="00E50DB3">
      <w:pPr>
        <w:pStyle w:val="Seznamsodrkami"/>
        <w:rPr>
          <w:rFonts w:hint="eastAsia"/>
        </w:rPr>
      </w:pPr>
      <w:r>
        <w:t>2. An important person — appearance, personality and example</w:t>
      </w:r>
    </w:p>
    <w:p w14:paraId="4E8F4530" w14:textId="77777777" w:rsidR="002A19C4" w:rsidRDefault="00E50DB3">
      <w:pPr>
        <w:pStyle w:val="Seznamsodrkami"/>
        <w:rPr>
          <w:rFonts w:hint="eastAsia"/>
        </w:rPr>
      </w:pPr>
      <w:r>
        <w:t>3. Relationships — support,</w:t>
      </w:r>
      <w:r>
        <w:t xml:space="preserve"> similarities and differences</w:t>
      </w:r>
    </w:p>
    <w:p w14:paraId="695E2232" w14:textId="77777777" w:rsidR="002A19C4" w:rsidRDefault="00E50DB3">
      <w:pPr>
        <w:pStyle w:val="Seznamsodrkami"/>
        <w:rPr>
          <w:rFonts w:hint="eastAsia"/>
        </w:rPr>
      </w:pPr>
      <w:r>
        <w:t>4. Home life — daily routines and household chores</w:t>
      </w:r>
    </w:p>
    <w:p w14:paraId="5B52B73F" w14:textId="77777777" w:rsidR="002A19C4" w:rsidRDefault="00E50DB3">
      <w:pPr>
        <w:pStyle w:val="Seznamsodrkami"/>
        <w:rPr>
          <w:rFonts w:hint="eastAsia"/>
        </w:rPr>
      </w:pPr>
      <w:r>
        <w:t>5. My school day — travel, lessons and free time</w:t>
      </w:r>
    </w:p>
    <w:p w14:paraId="0F4CD8FC" w14:textId="77777777" w:rsidR="002A19C4" w:rsidRDefault="00E50DB3">
      <w:pPr>
        <w:pStyle w:val="Seznamsodrkami"/>
        <w:rPr>
          <w:rFonts w:hint="eastAsia"/>
        </w:rPr>
      </w:pPr>
      <w:r>
        <w:t>6. Hobbies — activities and family traditions</w:t>
      </w:r>
    </w:p>
    <w:p w14:paraId="122D0102" w14:textId="77777777" w:rsidR="002A19C4" w:rsidRDefault="00E50DB3">
      <w:pPr>
        <w:pStyle w:val="Seznamsodrkami"/>
        <w:rPr>
          <w:rFonts w:hint="eastAsia"/>
        </w:rPr>
      </w:pPr>
      <w:r>
        <w:t>7. Problems — disagreements and solutions</w:t>
      </w:r>
    </w:p>
    <w:p w14:paraId="638C6BD0" w14:textId="77777777" w:rsidR="002A19C4" w:rsidRDefault="00E50DB3">
      <w:pPr>
        <w:pStyle w:val="Seznamsodrkami"/>
        <w:rPr>
          <w:rFonts w:hint="eastAsia"/>
        </w:rPr>
      </w:pPr>
      <w:r>
        <w:t>8. My opinion — generations and future</w:t>
      </w:r>
      <w:r>
        <w:t xml:space="preserve"> family life</w:t>
      </w:r>
    </w:p>
    <w:p w14:paraId="1D10EC59" w14:textId="77777777" w:rsidR="002A19C4" w:rsidRDefault="00E50DB3">
      <w:pPr>
        <w:rPr>
          <w:rFonts w:hint="eastAsia"/>
        </w:rPr>
      </w:pPr>
      <w:r>
        <w:t>Remember: answer + reason + example. Give more detail about one or two people rather than listing facts about everyone.</w:t>
      </w:r>
    </w:p>
    <w:p w14:paraId="2D47C762" w14:textId="77777777" w:rsidR="002A19C4" w:rsidRDefault="00E50DB3">
      <w:pPr>
        <w:pStyle w:val="Nadpis1"/>
      </w:pPr>
      <w:r>
        <w:t>1  My Family in Brief</w:t>
      </w:r>
    </w:p>
    <w:p w14:paraId="35B8C528" w14:textId="77777777" w:rsidR="002A19C4" w:rsidRDefault="00E50DB3">
      <w:pPr>
        <w:rPr>
          <w:rFonts w:hint="eastAsia"/>
        </w:rPr>
      </w:pPr>
      <w:r>
        <w:t xml:space="preserve">Introduce your household and explain who belongs to your immediate and extended family. You can also </w:t>
      </w:r>
      <w:r>
        <w:t>mention where your relatives live and how often you see them.</w:t>
      </w:r>
    </w:p>
    <w:tbl>
      <w:tblPr>
        <w:tblStyle w:val="Mkatabulky"/>
        <w:tblW w:w="0" w:type="auto"/>
        <w:tblLook w:val="04A0" w:firstRow="1" w:lastRow="0" w:firstColumn="1" w:lastColumn="0" w:noHBand="0" w:noVBand="1"/>
      </w:tblPr>
      <w:tblGrid>
        <w:gridCol w:w="4315"/>
        <w:gridCol w:w="4315"/>
      </w:tblGrid>
      <w:tr w:rsidR="002A19C4" w14:paraId="0D14C072" w14:textId="77777777">
        <w:tc>
          <w:tcPr>
            <w:tcW w:w="4320" w:type="dxa"/>
          </w:tcPr>
          <w:p w14:paraId="0C705F1C" w14:textId="77777777" w:rsidR="002A19C4" w:rsidRDefault="00E50DB3">
            <w:pPr>
              <w:rPr>
                <w:rFonts w:hint="eastAsia"/>
              </w:rPr>
            </w:pPr>
            <w:r>
              <w:rPr>
                <w:b/>
              </w:rPr>
              <w:t>Useful vocabulary</w:t>
            </w:r>
          </w:p>
        </w:tc>
        <w:tc>
          <w:tcPr>
            <w:tcW w:w="4320" w:type="dxa"/>
          </w:tcPr>
          <w:p w14:paraId="4DFD64E7" w14:textId="77777777" w:rsidR="002A19C4" w:rsidRDefault="00E50DB3">
            <w:pPr>
              <w:rPr>
                <w:rFonts w:hint="eastAsia"/>
              </w:rPr>
            </w:pPr>
            <w:r>
              <w:rPr>
                <w:b/>
              </w:rPr>
              <w:t>Meaning</w:t>
            </w:r>
          </w:p>
        </w:tc>
      </w:tr>
      <w:tr w:rsidR="002A19C4" w14:paraId="6DA777EB" w14:textId="77777777">
        <w:tc>
          <w:tcPr>
            <w:tcW w:w="4320" w:type="dxa"/>
          </w:tcPr>
          <w:p w14:paraId="702796AD" w14:textId="77777777" w:rsidR="002A19C4" w:rsidRDefault="00E50DB3">
            <w:pPr>
              <w:rPr>
                <w:rFonts w:hint="eastAsia"/>
              </w:rPr>
            </w:pPr>
            <w:r>
              <w:t>immediate family</w:t>
            </w:r>
          </w:p>
        </w:tc>
        <w:tc>
          <w:tcPr>
            <w:tcW w:w="4320" w:type="dxa"/>
          </w:tcPr>
          <w:p w14:paraId="39CC4CB4" w14:textId="77777777" w:rsidR="002A19C4" w:rsidRDefault="00E50DB3">
            <w:pPr>
              <w:rPr>
                <w:rFonts w:hint="eastAsia"/>
              </w:rPr>
            </w:pPr>
            <w:r>
              <w:t>your closest family, usually parents and children</w:t>
            </w:r>
          </w:p>
        </w:tc>
      </w:tr>
      <w:tr w:rsidR="002A19C4" w14:paraId="39939704" w14:textId="77777777">
        <w:tc>
          <w:tcPr>
            <w:tcW w:w="4320" w:type="dxa"/>
          </w:tcPr>
          <w:p w14:paraId="4CB06D1A" w14:textId="77777777" w:rsidR="002A19C4" w:rsidRDefault="00E50DB3">
            <w:pPr>
              <w:rPr>
                <w:rFonts w:hint="eastAsia"/>
              </w:rPr>
            </w:pPr>
            <w:r>
              <w:t>extended family</w:t>
            </w:r>
          </w:p>
        </w:tc>
        <w:tc>
          <w:tcPr>
            <w:tcW w:w="4320" w:type="dxa"/>
          </w:tcPr>
          <w:p w14:paraId="27566CAB" w14:textId="77777777" w:rsidR="002A19C4" w:rsidRDefault="00E50DB3">
            <w:pPr>
              <w:rPr>
                <w:rFonts w:hint="eastAsia"/>
              </w:rPr>
            </w:pPr>
            <w:r>
              <w:t>grandparents, aunts, uncles and cousins</w:t>
            </w:r>
          </w:p>
        </w:tc>
      </w:tr>
      <w:tr w:rsidR="002A19C4" w14:paraId="0BDC95AA" w14:textId="77777777">
        <w:tc>
          <w:tcPr>
            <w:tcW w:w="4320" w:type="dxa"/>
          </w:tcPr>
          <w:p w14:paraId="6E154573" w14:textId="77777777" w:rsidR="002A19C4" w:rsidRDefault="00E50DB3">
            <w:pPr>
              <w:rPr>
                <w:rFonts w:hint="eastAsia"/>
              </w:rPr>
            </w:pPr>
            <w:r>
              <w:t>siblings</w:t>
            </w:r>
          </w:p>
        </w:tc>
        <w:tc>
          <w:tcPr>
            <w:tcW w:w="4320" w:type="dxa"/>
          </w:tcPr>
          <w:p w14:paraId="4116342E" w14:textId="77777777" w:rsidR="002A19C4" w:rsidRDefault="00E50DB3">
            <w:pPr>
              <w:rPr>
                <w:rFonts w:hint="eastAsia"/>
              </w:rPr>
            </w:pPr>
            <w:r>
              <w:t>brothers and sisters</w:t>
            </w:r>
          </w:p>
        </w:tc>
      </w:tr>
      <w:tr w:rsidR="002A19C4" w14:paraId="4F6BAD7A" w14:textId="77777777">
        <w:tc>
          <w:tcPr>
            <w:tcW w:w="4320" w:type="dxa"/>
          </w:tcPr>
          <w:p w14:paraId="28666324" w14:textId="77777777" w:rsidR="002A19C4" w:rsidRDefault="00E50DB3">
            <w:pPr>
              <w:rPr>
                <w:rFonts w:hint="eastAsia"/>
              </w:rPr>
            </w:pPr>
            <w:r>
              <w:t xml:space="preserve">an only </w:t>
            </w:r>
            <w:r>
              <w:t>child</w:t>
            </w:r>
          </w:p>
        </w:tc>
        <w:tc>
          <w:tcPr>
            <w:tcW w:w="4320" w:type="dxa"/>
          </w:tcPr>
          <w:p w14:paraId="7AF62162" w14:textId="77777777" w:rsidR="002A19C4" w:rsidRDefault="00E50DB3">
            <w:pPr>
              <w:rPr>
                <w:rFonts w:hint="eastAsia"/>
              </w:rPr>
            </w:pPr>
            <w:r>
              <w:t>a person with no brothers or sisters</w:t>
            </w:r>
          </w:p>
        </w:tc>
      </w:tr>
      <w:tr w:rsidR="002A19C4" w14:paraId="35C15D99" w14:textId="77777777">
        <w:tc>
          <w:tcPr>
            <w:tcW w:w="4320" w:type="dxa"/>
          </w:tcPr>
          <w:p w14:paraId="70EB0B57" w14:textId="77777777" w:rsidR="002A19C4" w:rsidRDefault="00E50DB3">
            <w:pPr>
              <w:rPr>
                <w:rFonts w:hint="eastAsia"/>
              </w:rPr>
            </w:pPr>
            <w:r>
              <w:t>single-parent family</w:t>
            </w:r>
          </w:p>
        </w:tc>
        <w:tc>
          <w:tcPr>
            <w:tcW w:w="4320" w:type="dxa"/>
          </w:tcPr>
          <w:p w14:paraId="041F09A3" w14:textId="77777777" w:rsidR="002A19C4" w:rsidRDefault="00E50DB3">
            <w:pPr>
              <w:rPr>
                <w:rFonts w:hint="eastAsia"/>
              </w:rPr>
            </w:pPr>
            <w:r>
              <w:t>a family with one parent raising the children</w:t>
            </w:r>
          </w:p>
        </w:tc>
      </w:tr>
    </w:tbl>
    <w:p w14:paraId="563096F0" w14:textId="77777777" w:rsidR="002A19C4" w:rsidRDefault="00E50DB3">
      <w:pPr>
        <w:pStyle w:val="Nadpis2"/>
      </w:pPr>
      <w:r>
        <w:t>Questions to develop your answer</w:t>
      </w:r>
    </w:p>
    <w:p w14:paraId="211B65A8" w14:textId="77777777" w:rsidR="002A19C4" w:rsidRDefault="00E50DB3">
      <w:pPr>
        <w:pStyle w:val="Seznamsodrkami"/>
        <w:rPr>
          <w:rFonts w:hint="eastAsia"/>
        </w:rPr>
      </w:pPr>
      <w:r>
        <w:t>Who do you live with?</w:t>
      </w:r>
    </w:p>
    <w:p w14:paraId="3317AA29" w14:textId="77777777" w:rsidR="002A19C4" w:rsidRDefault="00E50DB3">
      <w:pPr>
        <w:pStyle w:val="Seznamsodrkami"/>
        <w:rPr>
          <w:rFonts w:hint="eastAsia"/>
        </w:rPr>
      </w:pPr>
      <w:r>
        <w:t>Do you have any brothers or sisters?</w:t>
      </w:r>
    </w:p>
    <w:p w14:paraId="2DE7AF5A" w14:textId="77777777" w:rsidR="002A19C4" w:rsidRDefault="00E50DB3">
      <w:pPr>
        <w:pStyle w:val="Seznamsodrkami"/>
        <w:rPr>
          <w:rFonts w:hint="eastAsia"/>
        </w:rPr>
      </w:pPr>
      <w:r>
        <w:t>How often do you see your relatives?</w:t>
      </w:r>
    </w:p>
    <w:p w14:paraId="2C3EDBF9" w14:textId="77777777" w:rsidR="002A19C4" w:rsidRDefault="00E50DB3">
      <w:pPr>
        <w:rPr>
          <w:rFonts w:hint="eastAsia"/>
        </w:rPr>
      </w:pPr>
      <w:r>
        <w:t>Example: I come</w:t>
      </w:r>
      <w:r>
        <w:t xml:space="preserve"> from a small family. I live with my parents and my younger sister, and we visit our grandparents twice a month.</w:t>
      </w:r>
    </w:p>
    <w:p w14:paraId="0289B5DA" w14:textId="77777777" w:rsidR="002A19C4" w:rsidRDefault="00E50DB3">
      <w:pPr>
        <w:pStyle w:val="Nadpis1"/>
      </w:pPr>
      <w:r>
        <w:lastRenderedPageBreak/>
        <w:t>2  One Important Family Member</w:t>
      </w:r>
    </w:p>
    <w:p w14:paraId="7812303A" w14:textId="77777777" w:rsidR="002A19C4" w:rsidRDefault="00E50DB3">
      <w:pPr>
        <w:rPr>
          <w:rFonts w:hint="eastAsia"/>
        </w:rPr>
      </w:pPr>
      <w:r>
        <w:t>Choose one person and combine basic facts with appearance, personality and your relationship. Support an adjecti</w:t>
      </w:r>
      <w:r>
        <w:t>ve with a real example.</w:t>
      </w:r>
    </w:p>
    <w:tbl>
      <w:tblPr>
        <w:tblStyle w:val="Mkatabulky"/>
        <w:tblW w:w="0" w:type="auto"/>
        <w:tblLook w:val="04A0" w:firstRow="1" w:lastRow="0" w:firstColumn="1" w:lastColumn="0" w:noHBand="0" w:noVBand="1"/>
      </w:tblPr>
      <w:tblGrid>
        <w:gridCol w:w="4315"/>
        <w:gridCol w:w="4315"/>
      </w:tblGrid>
      <w:tr w:rsidR="002A19C4" w14:paraId="5E5DEF24" w14:textId="77777777">
        <w:tc>
          <w:tcPr>
            <w:tcW w:w="4320" w:type="dxa"/>
          </w:tcPr>
          <w:p w14:paraId="6CD11E93" w14:textId="77777777" w:rsidR="002A19C4" w:rsidRDefault="00E50DB3">
            <w:pPr>
              <w:rPr>
                <w:rFonts w:hint="eastAsia"/>
              </w:rPr>
            </w:pPr>
            <w:r>
              <w:rPr>
                <w:b/>
              </w:rPr>
              <w:t>Useful vocabulary</w:t>
            </w:r>
          </w:p>
        </w:tc>
        <w:tc>
          <w:tcPr>
            <w:tcW w:w="4320" w:type="dxa"/>
          </w:tcPr>
          <w:p w14:paraId="2D8EE7C3" w14:textId="77777777" w:rsidR="002A19C4" w:rsidRDefault="00E50DB3">
            <w:pPr>
              <w:rPr>
                <w:rFonts w:hint="eastAsia"/>
              </w:rPr>
            </w:pPr>
            <w:r>
              <w:rPr>
                <w:b/>
              </w:rPr>
              <w:t>Meaning</w:t>
            </w:r>
          </w:p>
        </w:tc>
      </w:tr>
      <w:tr w:rsidR="002A19C4" w14:paraId="5AC858A9" w14:textId="77777777">
        <w:tc>
          <w:tcPr>
            <w:tcW w:w="4320" w:type="dxa"/>
          </w:tcPr>
          <w:p w14:paraId="54AC26F9" w14:textId="77777777" w:rsidR="002A19C4" w:rsidRDefault="00E50DB3">
            <w:pPr>
              <w:rPr>
                <w:rFonts w:hint="eastAsia"/>
              </w:rPr>
            </w:pPr>
            <w:r>
              <w:t>appearance</w:t>
            </w:r>
          </w:p>
        </w:tc>
        <w:tc>
          <w:tcPr>
            <w:tcW w:w="4320" w:type="dxa"/>
          </w:tcPr>
          <w:p w14:paraId="6B5FF1B3" w14:textId="77777777" w:rsidR="002A19C4" w:rsidRDefault="00E50DB3">
            <w:pPr>
              <w:rPr>
                <w:rFonts w:hint="eastAsia"/>
              </w:rPr>
            </w:pPr>
            <w:r>
              <w:t>what a person looks like</w:t>
            </w:r>
          </w:p>
        </w:tc>
      </w:tr>
      <w:tr w:rsidR="002A19C4" w14:paraId="4B57640E" w14:textId="77777777">
        <w:tc>
          <w:tcPr>
            <w:tcW w:w="4320" w:type="dxa"/>
          </w:tcPr>
          <w:p w14:paraId="52FE3651" w14:textId="77777777" w:rsidR="002A19C4" w:rsidRDefault="00E50DB3">
            <w:pPr>
              <w:rPr>
                <w:rFonts w:hint="eastAsia"/>
              </w:rPr>
            </w:pPr>
            <w:r>
              <w:t>medium height</w:t>
            </w:r>
          </w:p>
        </w:tc>
        <w:tc>
          <w:tcPr>
            <w:tcW w:w="4320" w:type="dxa"/>
          </w:tcPr>
          <w:p w14:paraId="7D76A2FB" w14:textId="77777777" w:rsidR="002A19C4" w:rsidRDefault="00E50DB3">
            <w:pPr>
              <w:rPr>
                <w:rFonts w:hint="eastAsia"/>
              </w:rPr>
            </w:pPr>
            <w:r>
              <w:t>neither tall nor short</w:t>
            </w:r>
          </w:p>
        </w:tc>
      </w:tr>
      <w:tr w:rsidR="002A19C4" w14:paraId="4A1E7E1C" w14:textId="77777777">
        <w:tc>
          <w:tcPr>
            <w:tcW w:w="4320" w:type="dxa"/>
          </w:tcPr>
          <w:p w14:paraId="72A64413" w14:textId="77777777" w:rsidR="002A19C4" w:rsidRDefault="00E50DB3">
            <w:pPr>
              <w:rPr>
                <w:rFonts w:hint="eastAsia"/>
              </w:rPr>
            </w:pPr>
            <w:r>
              <w:t>wavy hair</w:t>
            </w:r>
          </w:p>
        </w:tc>
        <w:tc>
          <w:tcPr>
            <w:tcW w:w="4320" w:type="dxa"/>
          </w:tcPr>
          <w:p w14:paraId="6F8E88AE" w14:textId="77777777" w:rsidR="002A19C4" w:rsidRDefault="00E50DB3">
            <w:pPr>
              <w:rPr>
                <w:rFonts w:hint="eastAsia"/>
              </w:rPr>
            </w:pPr>
            <w:r>
              <w:t>hair with gentle curves</w:t>
            </w:r>
          </w:p>
        </w:tc>
      </w:tr>
      <w:tr w:rsidR="002A19C4" w14:paraId="2E9025DD" w14:textId="77777777">
        <w:tc>
          <w:tcPr>
            <w:tcW w:w="4320" w:type="dxa"/>
          </w:tcPr>
          <w:p w14:paraId="0ED8DE9A" w14:textId="77777777" w:rsidR="002A19C4" w:rsidRDefault="00E50DB3">
            <w:pPr>
              <w:rPr>
                <w:rFonts w:hint="eastAsia"/>
              </w:rPr>
            </w:pPr>
            <w:r>
              <w:t>reliable</w:t>
            </w:r>
          </w:p>
        </w:tc>
        <w:tc>
          <w:tcPr>
            <w:tcW w:w="4320" w:type="dxa"/>
          </w:tcPr>
          <w:p w14:paraId="30E07909" w14:textId="77777777" w:rsidR="002A19C4" w:rsidRDefault="00E50DB3">
            <w:pPr>
              <w:rPr>
                <w:rFonts w:hint="eastAsia"/>
              </w:rPr>
            </w:pPr>
            <w:r>
              <w:t>someone you can trust</w:t>
            </w:r>
          </w:p>
        </w:tc>
      </w:tr>
      <w:tr w:rsidR="002A19C4" w14:paraId="5A767E23" w14:textId="77777777">
        <w:tc>
          <w:tcPr>
            <w:tcW w:w="4320" w:type="dxa"/>
          </w:tcPr>
          <w:p w14:paraId="6B094FB9" w14:textId="77777777" w:rsidR="002A19C4" w:rsidRDefault="00E50DB3">
            <w:pPr>
              <w:rPr>
                <w:rFonts w:hint="eastAsia"/>
              </w:rPr>
            </w:pPr>
            <w:r>
              <w:t>stubborn</w:t>
            </w:r>
          </w:p>
        </w:tc>
        <w:tc>
          <w:tcPr>
            <w:tcW w:w="4320" w:type="dxa"/>
          </w:tcPr>
          <w:p w14:paraId="5F444E23" w14:textId="77777777" w:rsidR="002A19C4" w:rsidRDefault="00E50DB3">
            <w:pPr>
              <w:rPr>
                <w:rFonts w:hint="eastAsia"/>
              </w:rPr>
            </w:pPr>
            <w:r>
              <w:t>unwilling to change an opinion</w:t>
            </w:r>
          </w:p>
        </w:tc>
      </w:tr>
    </w:tbl>
    <w:p w14:paraId="0ED1F45C" w14:textId="77777777" w:rsidR="002A19C4" w:rsidRDefault="00E50DB3">
      <w:pPr>
        <w:pStyle w:val="Nadpis2"/>
      </w:pPr>
      <w:r>
        <w:t xml:space="preserve">Questions to </w:t>
      </w:r>
      <w:r>
        <w:t>develop your answer</w:t>
      </w:r>
    </w:p>
    <w:p w14:paraId="279839A0" w14:textId="77777777" w:rsidR="002A19C4" w:rsidRDefault="00E50DB3">
      <w:pPr>
        <w:pStyle w:val="Seznamsodrkami"/>
        <w:rPr>
          <w:rFonts w:hint="eastAsia"/>
        </w:rPr>
      </w:pPr>
      <w:r>
        <w:t>What does this person look like?</w:t>
      </w:r>
    </w:p>
    <w:p w14:paraId="15E77E8D" w14:textId="77777777" w:rsidR="002A19C4" w:rsidRDefault="00E50DB3">
      <w:pPr>
        <w:pStyle w:val="Seznamsodrkami"/>
        <w:rPr>
          <w:rFonts w:hint="eastAsia"/>
        </w:rPr>
      </w:pPr>
      <w:r>
        <w:t>What is this person like?</w:t>
      </w:r>
    </w:p>
    <w:p w14:paraId="6CEEAF60" w14:textId="77777777" w:rsidR="002A19C4" w:rsidRDefault="00E50DB3">
      <w:pPr>
        <w:pStyle w:val="Seznamsodrkami"/>
        <w:rPr>
          <w:rFonts w:hint="eastAsia"/>
        </w:rPr>
      </w:pPr>
      <w:r>
        <w:t>Can you give an example of their personality?</w:t>
      </w:r>
    </w:p>
    <w:p w14:paraId="1BCAF302" w14:textId="77777777" w:rsidR="002A19C4" w:rsidRDefault="00E50DB3">
      <w:pPr>
        <w:rPr>
          <w:rFonts w:hint="eastAsia"/>
        </w:rPr>
      </w:pPr>
      <w:r>
        <w:t xml:space="preserve">Example: My brother is tall and wears glasses. He is cheerful and reliable because he always helps me when I have a </w:t>
      </w:r>
      <w:r>
        <w:t>problem.</w:t>
      </w:r>
    </w:p>
    <w:p w14:paraId="53D95464" w14:textId="77777777" w:rsidR="002A19C4" w:rsidRDefault="00E50DB3">
      <w:pPr>
        <w:pStyle w:val="Nadpis1"/>
      </w:pPr>
      <w:r>
        <w:t>3  Relationships in the Family</w:t>
      </w:r>
    </w:p>
    <w:p w14:paraId="538750CD" w14:textId="77777777" w:rsidR="002A19C4" w:rsidRDefault="00E50DB3">
      <w:pPr>
        <w:rPr>
          <w:rFonts w:hint="eastAsia"/>
        </w:rPr>
      </w:pPr>
      <w:r>
        <w:t>Explain how you get along with relatives, who supports you and what makes your relationships special. Include similarities and differences.</w:t>
      </w:r>
    </w:p>
    <w:tbl>
      <w:tblPr>
        <w:tblStyle w:val="Mkatabulky"/>
        <w:tblW w:w="0" w:type="auto"/>
        <w:tblLook w:val="04A0" w:firstRow="1" w:lastRow="0" w:firstColumn="1" w:lastColumn="0" w:noHBand="0" w:noVBand="1"/>
      </w:tblPr>
      <w:tblGrid>
        <w:gridCol w:w="4315"/>
        <w:gridCol w:w="4315"/>
      </w:tblGrid>
      <w:tr w:rsidR="002A19C4" w14:paraId="6F716D17" w14:textId="77777777">
        <w:tc>
          <w:tcPr>
            <w:tcW w:w="4320" w:type="dxa"/>
          </w:tcPr>
          <w:p w14:paraId="0933A576" w14:textId="77777777" w:rsidR="002A19C4" w:rsidRDefault="00E50DB3">
            <w:pPr>
              <w:rPr>
                <w:rFonts w:hint="eastAsia"/>
              </w:rPr>
            </w:pPr>
            <w:r>
              <w:rPr>
                <w:b/>
              </w:rPr>
              <w:t>Useful vocabulary</w:t>
            </w:r>
          </w:p>
        </w:tc>
        <w:tc>
          <w:tcPr>
            <w:tcW w:w="4320" w:type="dxa"/>
          </w:tcPr>
          <w:p w14:paraId="1D5F634E" w14:textId="77777777" w:rsidR="002A19C4" w:rsidRDefault="00E50DB3">
            <w:pPr>
              <w:rPr>
                <w:rFonts w:hint="eastAsia"/>
              </w:rPr>
            </w:pPr>
            <w:r>
              <w:rPr>
                <w:b/>
              </w:rPr>
              <w:t>Meaning</w:t>
            </w:r>
          </w:p>
        </w:tc>
      </w:tr>
      <w:tr w:rsidR="002A19C4" w14:paraId="5088B2F4" w14:textId="77777777">
        <w:tc>
          <w:tcPr>
            <w:tcW w:w="4320" w:type="dxa"/>
          </w:tcPr>
          <w:p w14:paraId="6D730FAD" w14:textId="77777777" w:rsidR="002A19C4" w:rsidRDefault="00E50DB3">
            <w:pPr>
              <w:rPr>
                <w:rFonts w:hint="eastAsia"/>
              </w:rPr>
            </w:pPr>
            <w:r>
              <w:t>get on well with</w:t>
            </w:r>
          </w:p>
        </w:tc>
        <w:tc>
          <w:tcPr>
            <w:tcW w:w="4320" w:type="dxa"/>
          </w:tcPr>
          <w:p w14:paraId="722D57A8" w14:textId="77777777" w:rsidR="002A19C4" w:rsidRDefault="00E50DB3">
            <w:pPr>
              <w:rPr>
                <w:rFonts w:hint="eastAsia"/>
              </w:rPr>
            </w:pPr>
            <w:r>
              <w:t xml:space="preserve">have a good </w:t>
            </w:r>
            <w:r>
              <w:t>relationship with somebody</w:t>
            </w:r>
          </w:p>
        </w:tc>
      </w:tr>
      <w:tr w:rsidR="002A19C4" w14:paraId="64597513" w14:textId="77777777">
        <w:tc>
          <w:tcPr>
            <w:tcW w:w="4320" w:type="dxa"/>
          </w:tcPr>
          <w:p w14:paraId="27461C46" w14:textId="77777777" w:rsidR="002A19C4" w:rsidRDefault="00E50DB3">
            <w:pPr>
              <w:rPr>
                <w:rFonts w:hint="eastAsia"/>
              </w:rPr>
            </w:pPr>
            <w:r>
              <w:t>look up to</w:t>
            </w:r>
          </w:p>
        </w:tc>
        <w:tc>
          <w:tcPr>
            <w:tcW w:w="4320" w:type="dxa"/>
          </w:tcPr>
          <w:p w14:paraId="47B776E8" w14:textId="77777777" w:rsidR="002A19C4" w:rsidRDefault="00E50DB3">
            <w:pPr>
              <w:rPr>
                <w:rFonts w:hint="eastAsia"/>
              </w:rPr>
            </w:pPr>
            <w:r>
              <w:t>admire or respect somebody</w:t>
            </w:r>
          </w:p>
        </w:tc>
      </w:tr>
      <w:tr w:rsidR="002A19C4" w14:paraId="406C6D25" w14:textId="77777777">
        <w:tc>
          <w:tcPr>
            <w:tcW w:w="4320" w:type="dxa"/>
          </w:tcPr>
          <w:p w14:paraId="56ED4F17" w14:textId="77777777" w:rsidR="002A19C4" w:rsidRDefault="00E50DB3">
            <w:pPr>
              <w:rPr>
                <w:rFonts w:hint="eastAsia"/>
              </w:rPr>
            </w:pPr>
            <w:r>
              <w:t>take after</w:t>
            </w:r>
          </w:p>
        </w:tc>
        <w:tc>
          <w:tcPr>
            <w:tcW w:w="4320" w:type="dxa"/>
          </w:tcPr>
          <w:p w14:paraId="6900027D" w14:textId="77777777" w:rsidR="002A19C4" w:rsidRDefault="00E50DB3">
            <w:pPr>
              <w:rPr>
                <w:rFonts w:hint="eastAsia"/>
              </w:rPr>
            </w:pPr>
            <w:r>
              <w:t>be similar to a family member</w:t>
            </w:r>
          </w:p>
        </w:tc>
      </w:tr>
      <w:tr w:rsidR="002A19C4" w14:paraId="2BE5C8C1" w14:textId="77777777">
        <w:tc>
          <w:tcPr>
            <w:tcW w:w="4320" w:type="dxa"/>
          </w:tcPr>
          <w:p w14:paraId="1AA40853" w14:textId="77777777" w:rsidR="002A19C4" w:rsidRDefault="00E50DB3">
            <w:pPr>
              <w:rPr>
                <w:rFonts w:hint="eastAsia"/>
              </w:rPr>
            </w:pPr>
            <w:r>
              <w:t>rely on</w:t>
            </w:r>
          </w:p>
        </w:tc>
        <w:tc>
          <w:tcPr>
            <w:tcW w:w="4320" w:type="dxa"/>
          </w:tcPr>
          <w:p w14:paraId="21E01080" w14:textId="77777777" w:rsidR="002A19C4" w:rsidRDefault="00E50DB3">
            <w:pPr>
              <w:rPr>
                <w:rFonts w:hint="eastAsia"/>
              </w:rPr>
            </w:pPr>
            <w:r>
              <w:t>trust somebody to help you</w:t>
            </w:r>
          </w:p>
        </w:tc>
      </w:tr>
      <w:tr w:rsidR="002A19C4" w14:paraId="7862431F" w14:textId="77777777">
        <w:tc>
          <w:tcPr>
            <w:tcW w:w="4320" w:type="dxa"/>
          </w:tcPr>
          <w:p w14:paraId="29536E2E" w14:textId="77777777" w:rsidR="002A19C4" w:rsidRDefault="00E50DB3">
            <w:pPr>
              <w:rPr>
                <w:rFonts w:hint="eastAsia"/>
              </w:rPr>
            </w:pPr>
            <w:r>
              <w:t>have a lot in common</w:t>
            </w:r>
          </w:p>
        </w:tc>
        <w:tc>
          <w:tcPr>
            <w:tcW w:w="4320" w:type="dxa"/>
          </w:tcPr>
          <w:p w14:paraId="00B69AEE" w14:textId="77777777" w:rsidR="002A19C4" w:rsidRDefault="00E50DB3">
            <w:pPr>
              <w:rPr>
                <w:rFonts w:hint="eastAsia"/>
              </w:rPr>
            </w:pPr>
            <w:r>
              <w:t>share similar interests or qualities</w:t>
            </w:r>
          </w:p>
        </w:tc>
      </w:tr>
    </w:tbl>
    <w:p w14:paraId="6CB5F1F9" w14:textId="77777777" w:rsidR="002A19C4" w:rsidRDefault="00E50DB3">
      <w:pPr>
        <w:pStyle w:val="Nadpis2"/>
      </w:pPr>
      <w:r>
        <w:t>Questions to develop your answer</w:t>
      </w:r>
    </w:p>
    <w:p w14:paraId="1B10D0A0" w14:textId="77777777" w:rsidR="002A19C4" w:rsidRDefault="00E50DB3">
      <w:pPr>
        <w:pStyle w:val="Seznamsodrkami"/>
        <w:rPr>
          <w:rFonts w:hint="eastAsia"/>
        </w:rPr>
      </w:pPr>
      <w:r>
        <w:t>Who are you closest</w:t>
      </w:r>
      <w:r>
        <w:t xml:space="preserve"> to and why?</w:t>
      </w:r>
    </w:p>
    <w:p w14:paraId="6F2044A4" w14:textId="77777777" w:rsidR="002A19C4" w:rsidRDefault="00E50DB3">
      <w:pPr>
        <w:pStyle w:val="Seznamsodrkami"/>
        <w:rPr>
          <w:rFonts w:hint="eastAsia"/>
        </w:rPr>
      </w:pPr>
      <w:r>
        <w:t>Who do you ask for advice?</w:t>
      </w:r>
    </w:p>
    <w:p w14:paraId="43F64276" w14:textId="77777777" w:rsidR="002A19C4" w:rsidRDefault="00E50DB3">
      <w:pPr>
        <w:pStyle w:val="Seznamsodrkami"/>
        <w:rPr>
          <w:rFonts w:hint="eastAsia"/>
        </w:rPr>
      </w:pPr>
      <w:r>
        <w:t>Do you take after anyone in your family?</w:t>
      </w:r>
    </w:p>
    <w:p w14:paraId="59607E82" w14:textId="77777777" w:rsidR="002A19C4" w:rsidRDefault="00E50DB3">
      <w:pPr>
        <w:rPr>
          <w:rFonts w:hint="eastAsia"/>
        </w:rPr>
      </w:pPr>
      <w:r>
        <w:t>Example: I am close to my father and I look up to him. We both enjoy repairing things, and I can rely on him when I need advice.</w:t>
      </w:r>
    </w:p>
    <w:p w14:paraId="65E232AA" w14:textId="77777777" w:rsidR="002A19C4" w:rsidRDefault="00E50DB3">
      <w:pPr>
        <w:pStyle w:val="Nadpis1"/>
      </w:pPr>
      <w:r>
        <w:t>4  Everyday Life at Home</w:t>
      </w:r>
    </w:p>
    <w:p w14:paraId="31BEA41C" w14:textId="77777777" w:rsidR="002A19C4" w:rsidRDefault="00E50DB3">
      <w:pPr>
        <w:rPr>
          <w:rFonts w:hint="eastAsia"/>
        </w:rPr>
      </w:pPr>
      <w:r>
        <w:t>Describe typical week</w:t>
      </w:r>
      <w:r>
        <w:t>days, shared activities and household duties. Explain whether the responsibilities in your home are fairly divided.</w:t>
      </w:r>
    </w:p>
    <w:tbl>
      <w:tblPr>
        <w:tblStyle w:val="Mkatabulky"/>
        <w:tblW w:w="0" w:type="auto"/>
        <w:tblLook w:val="04A0" w:firstRow="1" w:lastRow="0" w:firstColumn="1" w:lastColumn="0" w:noHBand="0" w:noVBand="1"/>
      </w:tblPr>
      <w:tblGrid>
        <w:gridCol w:w="4315"/>
        <w:gridCol w:w="4315"/>
      </w:tblGrid>
      <w:tr w:rsidR="002A19C4" w14:paraId="71593FE2" w14:textId="77777777">
        <w:tc>
          <w:tcPr>
            <w:tcW w:w="4320" w:type="dxa"/>
          </w:tcPr>
          <w:p w14:paraId="79AAA5C7" w14:textId="77777777" w:rsidR="002A19C4" w:rsidRDefault="00E50DB3">
            <w:pPr>
              <w:rPr>
                <w:rFonts w:hint="eastAsia"/>
              </w:rPr>
            </w:pPr>
            <w:r>
              <w:rPr>
                <w:b/>
              </w:rPr>
              <w:t>Useful vocabulary</w:t>
            </w:r>
          </w:p>
        </w:tc>
        <w:tc>
          <w:tcPr>
            <w:tcW w:w="4320" w:type="dxa"/>
          </w:tcPr>
          <w:p w14:paraId="22A6BACE" w14:textId="77777777" w:rsidR="002A19C4" w:rsidRDefault="00E50DB3">
            <w:pPr>
              <w:rPr>
                <w:rFonts w:hint="eastAsia"/>
              </w:rPr>
            </w:pPr>
            <w:r>
              <w:rPr>
                <w:b/>
              </w:rPr>
              <w:t>Meaning</w:t>
            </w:r>
          </w:p>
        </w:tc>
      </w:tr>
      <w:tr w:rsidR="002A19C4" w14:paraId="1CF27B86" w14:textId="77777777">
        <w:tc>
          <w:tcPr>
            <w:tcW w:w="4320" w:type="dxa"/>
          </w:tcPr>
          <w:p w14:paraId="07F4B325" w14:textId="77777777" w:rsidR="002A19C4" w:rsidRDefault="00E50DB3">
            <w:pPr>
              <w:rPr>
                <w:rFonts w:hint="eastAsia"/>
              </w:rPr>
            </w:pPr>
            <w:r>
              <w:t>household chores</w:t>
            </w:r>
          </w:p>
        </w:tc>
        <w:tc>
          <w:tcPr>
            <w:tcW w:w="4320" w:type="dxa"/>
          </w:tcPr>
          <w:p w14:paraId="51895799" w14:textId="77777777" w:rsidR="002A19C4" w:rsidRDefault="00E50DB3">
            <w:pPr>
              <w:rPr>
                <w:rFonts w:hint="eastAsia"/>
              </w:rPr>
            </w:pPr>
            <w:r>
              <w:t>regular jobs that keep the home organised</w:t>
            </w:r>
          </w:p>
        </w:tc>
      </w:tr>
      <w:tr w:rsidR="002A19C4" w14:paraId="43AE7BA3" w14:textId="77777777">
        <w:tc>
          <w:tcPr>
            <w:tcW w:w="4320" w:type="dxa"/>
          </w:tcPr>
          <w:p w14:paraId="1D798F96" w14:textId="77777777" w:rsidR="002A19C4" w:rsidRDefault="00E50DB3">
            <w:pPr>
              <w:rPr>
                <w:rFonts w:hint="eastAsia"/>
              </w:rPr>
            </w:pPr>
            <w:r>
              <w:t>do the laundry</w:t>
            </w:r>
          </w:p>
        </w:tc>
        <w:tc>
          <w:tcPr>
            <w:tcW w:w="4320" w:type="dxa"/>
          </w:tcPr>
          <w:p w14:paraId="5B86210B" w14:textId="77777777" w:rsidR="002A19C4" w:rsidRDefault="00E50DB3">
            <w:pPr>
              <w:rPr>
                <w:rFonts w:hint="eastAsia"/>
              </w:rPr>
            </w:pPr>
            <w:r>
              <w:t>wash clothes</w:t>
            </w:r>
          </w:p>
        </w:tc>
      </w:tr>
      <w:tr w:rsidR="002A19C4" w14:paraId="31B9D889" w14:textId="77777777">
        <w:tc>
          <w:tcPr>
            <w:tcW w:w="4320" w:type="dxa"/>
          </w:tcPr>
          <w:p w14:paraId="17C9F17C" w14:textId="77777777" w:rsidR="002A19C4" w:rsidRDefault="00E50DB3">
            <w:pPr>
              <w:rPr>
                <w:rFonts w:hint="eastAsia"/>
              </w:rPr>
            </w:pPr>
            <w:r>
              <w:t xml:space="preserve">take out the </w:t>
            </w:r>
            <w:r>
              <w:t>rubbish</w:t>
            </w:r>
          </w:p>
        </w:tc>
        <w:tc>
          <w:tcPr>
            <w:tcW w:w="4320" w:type="dxa"/>
          </w:tcPr>
          <w:p w14:paraId="3941F0A6" w14:textId="77777777" w:rsidR="002A19C4" w:rsidRDefault="00E50DB3">
            <w:pPr>
              <w:rPr>
                <w:rFonts w:hint="eastAsia"/>
              </w:rPr>
            </w:pPr>
            <w:r>
              <w:t>put household waste outside</w:t>
            </w:r>
          </w:p>
        </w:tc>
      </w:tr>
      <w:tr w:rsidR="002A19C4" w14:paraId="3F2D16AC" w14:textId="77777777">
        <w:tc>
          <w:tcPr>
            <w:tcW w:w="4320" w:type="dxa"/>
          </w:tcPr>
          <w:p w14:paraId="41B4DD81" w14:textId="77777777" w:rsidR="002A19C4" w:rsidRDefault="00E50DB3">
            <w:pPr>
              <w:rPr>
                <w:rFonts w:hint="eastAsia"/>
              </w:rPr>
            </w:pPr>
            <w:r>
              <w:lastRenderedPageBreak/>
              <w:t>be responsible for</w:t>
            </w:r>
          </w:p>
        </w:tc>
        <w:tc>
          <w:tcPr>
            <w:tcW w:w="4320" w:type="dxa"/>
          </w:tcPr>
          <w:p w14:paraId="52A2809E" w14:textId="77777777" w:rsidR="002A19C4" w:rsidRDefault="00E50DB3">
            <w:pPr>
              <w:rPr>
                <w:rFonts w:hint="eastAsia"/>
              </w:rPr>
            </w:pPr>
            <w:r>
              <w:t>have a particular duty</w:t>
            </w:r>
          </w:p>
        </w:tc>
      </w:tr>
      <w:tr w:rsidR="002A19C4" w14:paraId="3A659190" w14:textId="77777777">
        <w:tc>
          <w:tcPr>
            <w:tcW w:w="4320" w:type="dxa"/>
          </w:tcPr>
          <w:p w14:paraId="3FCBA631" w14:textId="77777777" w:rsidR="002A19C4" w:rsidRDefault="00E50DB3">
            <w:pPr>
              <w:rPr>
                <w:rFonts w:hint="eastAsia"/>
              </w:rPr>
            </w:pPr>
            <w:r>
              <w:t>take turns</w:t>
            </w:r>
          </w:p>
        </w:tc>
        <w:tc>
          <w:tcPr>
            <w:tcW w:w="4320" w:type="dxa"/>
          </w:tcPr>
          <w:p w14:paraId="02B37A40" w14:textId="77777777" w:rsidR="002A19C4" w:rsidRDefault="00E50DB3">
            <w:pPr>
              <w:rPr>
                <w:rFonts w:hint="eastAsia"/>
              </w:rPr>
            </w:pPr>
            <w:r>
              <w:t>do a job one after another</w:t>
            </w:r>
          </w:p>
        </w:tc>
      </w:tr>
    </w:tbl>
    <w:p w14:paraId="658E1083" w14:textId="77777777" w:rsidR="002A19C4" w:rsidRDefault="00E50DB3">
      <w:pPr>
        <w:pStyle w:val="Nadpis2"/>
      </w:pPr>
      <w:r>
        <w:t>Questions to develop your answer</w:t>
      </w:r>
    </w:p>
    <w:p w14:paraId="161C6236" w14:textId="77777777" w:rsidR="002A19C4" w:rsidRDefault="00E50DB3">
      <w:pPr>
        <w:pStyle w:val="Seznamsodrkami"/>
        <w:rPr>
          <w:rFonts w:hint="eastAsia"/>
        </w:rPr>
      </w:pPr>
      <w:r>
        <w:t>What chores do you do at home?</w:t>
      </w:r>
    </w:p>
    <w:p w14:paraId="59F06551" w14:textId="77777777" w:rsidR="002A19C4" w:rsidRDefault="00E50DB3">
      <w:pPr>
        <w:pStyle w:val="Seznamsodrkami"/>
        <w:rPr>
          <w:rFonts w:hint="eastAsia"/>
        </w:rPr>
      </w:pPr>
      <w:r>
        <w:t>Does your family eat together?</w:t>
      </w:r>
    </w:p>
    <w:p w14:paraId="766BBB00" w14:textId="77777777" w:rsidR="002A19C4" w:rsidRDefault="00E50DB3">
      <w:pPr>
        <w:pStyle w:val="Seznamsodrkami"/>
        <w:rPr>
          <w:rFonts w:hint="eastAsia"/>
        </w:rPr>
      </w:pPr>
      <w:r>
        <w:t>How are your weekends different from weekd</w:t>
      </w:r>
      <w:r>
        <w:t>ays?</w:t>
      </w:r>
    </w:p>
    <w:p w14:paraId="1DF1E264" w14:textId="77777777" w:rsidR="002A19C4" w:rsidRDefault="00E50DB3">
      <w:pPr>
        <w:rPr>
          <w:rFonts w:hint="eastAsia"/>
        </w:rPr>
      </w:pPr>
      <w:r>
        <w:t>Example: I am responsible for vacuuming my room and taking out the rubbish. On weekdays, everyone is busy, but at weekends we try to eat together.</w:t>
      </w:r>
    </w:p>
    <w:p w14:paraId="6386E5AD" w14:textId="77777777" w:rsidR="002A19C4" w:rsidRDefault="00E50DB3">
      <w:pPr>
        <w:pStyle w:val="Nadpis1"/>
      </w:pPr>
      <w:r>
        <w:t>5  My Typical Day and School Life</w:t>
      </w:r>
    </w:p>
    <w:p w14:paraId="49260566" w14:textId="77777777" w:rsidR="002A19C4" w:rsidRDefault="00E50DB3">
      <w:pPr>
        <w:rPr>
          <w:rFonts w:hint="eastAsia"/>
        </w:rPr>
      </w:pPr>
      <w:r>
        <w:t xml:space="preserve">Describe key moments of your day rather than giving only times. </w:t>
      </w:r>
      <w:r>
        <w:t>Mention your morning, journey to school, lessons, practical training and afternoon activities.</w:t>
      </w:r>
    </w:p>
    <w:tbl>
      <w:tblPr>
        <w:tblStyle w:val="Mkatabulky"/>
        <w:tblW w:w="0" w:type="auto"/>
        <w:tblLook w:val="04A0" w:firstRow="1" w:lastRow="0" w:firstColumn="1" w:lastColumn="0" w:noHBand="0" w:noVBand="1"/>
      </w:tblPr>
      <w:tblGrid>
        <w:gridCol w:w="4315"/>
        <w:gridCol w:w="4315"/>
      </w:tblGrid>
      <w:tr w:rsidR="002A19C4" w14:paraId="2F09E725" w14:textId="77777777">
        <w:tc>
          <w:tcPr>
            <w:tcW w:w="4320" w:type="dxa"/>
          </w:tcPr>
          <w:p w14:paraId="52A9F4F1" w14:textId="77777777" w:rsidR="002A19C4" w:rsidRDefault="00E50DB3">
            <w:pPr>
              <w:rPr>
                <w:rFonts w:hint="eastAsia"/>
              </w:rPr>
            </w:pPr>
            <w:r>
              <w:rPr>
                <w:b/>
              </w:rPr>
              <w:t>Useful vocabulary</w:t>
            </w:r>
          </w:p>
        </w:tc>
        <w:tc>
          <w:tcPr>
            <w:tcW w:w="4320" w:type="dxa"/>
          </w:tcPr>
          <w:p w14:paraId="5D26A80D" w14:textId="77777777" w:rsidR="002A19C4" w:rsidRDefault="00E50DB3">
            <w:pPr>
              <w:rPr>
                <w:rFonts w:hint="eastAsia"/>
              </w:rPr>
            </w:pPr>
            <w:r>
              <w:rPr>
                <w:b/>
              </w:rPr>
              <w:t>Meaning</w:t>
            </w:r>
          </w:p>
        </w:tc>
      </w:tr>
      <w:tr w:rsidR="002A19C4" w14:paraId="140C94B4" w14:textId="77777777">
        <w:tc>
          <w:tcPr>
            <w:tcW w:w="4320" w:type="dxa"/>
          </w:tcPr>
          <w:p w14:paraId="29F549EA" w14:textId="77777777" w:rsidR="002A19C4" w:rsidRDefault="00E50DB3">
            <w:pPr>
              <w:rPr>
                <w:rFonts w:hint="eastAsia"/>
              </w:rPr>
            </w:pPr>
            <w:r>
              <w:t>commute</w:t>
            </w:r>
          </w:p>
        </w:tc>
        <w:tc>
          <w:tcPr>
            <w:tcW w:w="4320" w:type="dxa"/>
          </w:tcPr>
          <w:p w14:paraId="422156D2" w14:textId="77777777" w:rsidR="002A19C4" w:rsidRDefault="00E50DB3">
            <w:pPr>
              <w:rPr>
                <w:rFonts w:hint="eastAsia"/>
              </w:rPr>
            </w:pPr>
            <w:r>
              <w:t>travel regularly between home and school or work</w:t>
            </w:r>
          </w:p>
        </w:tc>
      </w:tr>
      <w:tr w:rsidR="002A19C4" w14:paraId="2B67F09D" w14:textId="77777777">
        <w:tc>
          <w:tcPr>
            <w:tcW w:w="4320" w:type="dxa"/>
          </w:tcPr>
          <w:p w14:paraId="41B16BC5" w14:textId="77777777" w:rsidR="002A19C4" w:rsidRDefault="00E50DB3">
            <w:pPr>
              <w:rPr>
                <w:rFonts w:hint="eastAsia"/>
              </w:rPr>
            </w:pPr>
            <w:r>
              <w:t>vocational subject</w:t>
            </w:r>
          </w:p>
        </w:tc>
        <w:tc>
          <w:tcPr>
            <w:tcW w:w="4320" w:type="dxa"/>
          </w:tcPr>
          <w:p w14:paraId="4E804F1D" w14:textId="77777777" w:rsidR="002A19C4" w:rsidRDefault="00E50DB3">
            <w:pPr>
              <w:rPr>
                <w:rFonts w:hint="eastAsia"/>
              </w:rPr>
            </w:pPr>
            <w:r>
              <w:t>a school subject connected with a profession</w:t>
            </w:r>
          </w:p>
        </w:tc>
      </w:tr>
      <w:tr w:rsidR="002A19C4" w14:paraId="573EB4E4" w14:textId="77777777">
        <w:tc>
          <w:tcPr>
            <w:tcW w:w="4320" w:type="dxa"/>
          </w:tcPr>
          <w:p w14:paraId="4D869226" w14:textId="77777777" w:rsidR="002A19C4" w:rsidRDefault="00E50DB3">
            <w:pPr>
              <w:rPr>
                <w:rFonts w:hint="eastAsia"/>
              </w:rPr>
            </w:pPr>
            <w:r>
              <w:t>practical training</w:t>
            </w:r>
          </w:p>
        </w:tc>
        <w:tc>
          <w:tcPr>
            <w:tcW w:w="4320" w:type="dxa"/>
          </w:tcPr>
          <w:p w14:paraId="3EA190D9" w14:textId="77777777" w:rsidR="002A19C4" w:rsidRDefault="00E50DB3">
            <w:pPr>
              <w:rPr>
                <w:rFonts w:hint="eastAsia"/>
              </w:rPr>
            </w:pPr>
            <w:r>
              <w:t>learning skills through practical tasks</w:t>
            </w:r>
          </w:p>
        </w:tc>
      </w:tr>
      <w:tr w:rsidR="002A19C4" w14:paraId="1C5F05CB" w14:textId="77777777">
        <w:tc>
          <w:tcPr>
            <w:tcW w:w="4320" w:type="dxa"/>
          </w:tcPr>
          <w:p w14:paraId="1BAE636D" w14:textId="77777777" w:rsidR="002A19C4" w:rsidRDefault="00E50DB3">
            <w:pPr>
              <w:rPr>
                <w:rFonts w:hint="eastAsia"/>
              </w:rPr>
            </w:pPr>
            <w:r>
              <w:t>school canteen</w:t>
            </w:r>
          </w:p>
        </w:tc>
        <w:tc>
          <w:tcPr>
            <w:tcW w:w="4320" w:type="dxa"/>
          </w:tcPr>
          <w:p w14:paraId="0C2902D9" w14:textId="77777777" w:rsidR="002A19C4" w:rsidRDefault="00E50DB3">
            <w:pPr>
              <w:rPr>
                <w:rFonts w:hint="eastAsia"/>
              </w:rPr>
            </w:pPr>
            <w:r>
              <w:t>a place where students eat lunch</w:t>
            </w:r>
          </w:p>
        </w:tc>
      </w:tr>
      <w:tr w:rsidR="002A19C4" w14:paraId="55F423DD" w14:textId="77777777">
        <w:tc>
          <w:tcPr>
            <w:tcW w:w="4320" w:type="dxa"/>
          </w:tcPr>
          <w:p w14:paraId="046DF0C0" w14:textId="77777777" w:rsidR="002A19C4" w:rsidRDefault="00E50DB3">
            <w:pPr>
              <w:rPr>
                <w:rFonts w:hint="eastAsia"/>
              </w:rPr>
            </w:pPr>
            <w:r>
              <w:t>prepare for the next day</w:t>
            </w:r>
          </w:p>
        </w:tc>
        <w:tc>
          <w:tcPr>
            <w:tcW w:w="4320" w:type="dxa"/>
          </w:tcPr>
          <w:p w14:paraId="08B9AB7A" w14:textId="77777777" w:rsidR="002A19C4" w:rsidRDefault="00E50DB3">
            <w:pPr>
              <w:rPr>
                <w:rFonts w:hint="eastAsia"/>
              </w:rPr>
            </w:pPr>
            <w:r>
              <w:t>get things ready for tomorrow</w:t>
            </w:r>
          </w:p>
        </w:tc>
      </w:tr>
    </w:tbl>
    <w:p w14:paraId="1210A623" w14:textId="77777777" w:rsidR="002A19C4" w:rsidRDefault="00E50DB3">
      <w:pPr>
        <w:pStyle w:val="Nadpis2"/>
      </w:pPr>
      <w:r>
        <w:t>Questions to develop your answer</w:t>
      </w:r>
    </w:p>
    <w:p w14:paraId="23C23FD1" w14:textId="77777777" w:rsidR="002A19C4" w:rsidRDefault="00E50DB3">
      <w:pPr>
        <w:pStyle w:val="Seznamsodrkami"/>
        <w:rPr>
          <w:rFonts w:hint="eastAsia"/>
        </w:rPr>
      </w:pPr>
      <w:r>
        <w:t>How do you travel to school?</w:t>
      </w:r>
    </w:p>
    <w:p w14:paraId="6E170A1E" w14:textId="77777777" w:rsidR="002A19C4" w:rsidRDefault="00E50DB3">
      <w:pPr>
        <w:pStyle w:val="Seznamsodrkami"/>
        <w:rPr>
          <w:rFonts w:hint="eastAsia"/>
        </w:rPr>
      </w:pPr>
      <w:r>
        <w:t>Which subject do you enjoy mo</w:t>
      </w:r>
      <w:r>
        <w:t>st and why?</w:t>
      </w:r>
    </w:p>
    <w:p w14:paraId="04EC0EE6" w14:textId="77777777" w:rsidR="002A19C4" w:rsidRDefault="00E50DB3">
      <w:pPr>
        <w:pStyle w:val="Seznamsodrkami"/>
        <w:rPr>
          <w:rFonts w:hint="eastAsia"/>
        </w:rPr>
      </w:pPr>
      <w:r>
        <w:t>What do you usually do after school?</w:t>
      </w:r>
    </w:p>
    <w:p w14:paraId="6F04338A" w14:textId="77777777" w:rsidR="002A19C4" w:rsidRDefault="00E50DB3">
      <w:pPr>
        <w:rPr>
          <w:rFonts w:hint="eastAsia"/>
        </w:rPr>
      </w:pPr>
      <w:r>
        <w:t>Example: I attend a secondary vocational school in Holice. I commute by bus and enjoy practical training because I can use what I learn.</w:t>
      </w:r>
    </w:p>
    <w:p w14:paraId="0F3A38DC" w14:textId="77777777" w:rsidR="002A19C4" w:rsidRDefault="00E50DB3">
      <w:pPr>
        <w:pStyle w:val="Nadpis1"/>
      </w:pPr>
      <w:r>
        <w:t>6  Free Time, Hobbies and Family Traditions</w:t>
      </w:r>
    </w:p>
    <w:p w14:paraId="47A40FFC" w14:textId="77777777" w:rsidR="002A19C4" w:rsidRDefault="00E50DB3">
      <w:pPr>
        <w:rPr>
          <w:rFonts w:hint="eastAsia"/>
        </w:rPr>
      </w:pPr>
      <w:r>
        <w:t xml:space="preserve">Choose one hobby and </w:t>
      </w:r>
      <w:r>
        <w:t>explain when you started, how often you do it and why you enjoy it. Connect your hobbies to family time or a tradition.</w:t>
      </w:r>
    </w:p>
    <w:tbl>
      <w:tblPr>
        <w:tblStyle w:val="Mkatabulky"/>
        <w:tblW w:w="0" w:type="auto"/>
        <w:tblLook w:val="04A0" w:firstRow="1" w:lastRow="0" w:firstColumn="1" w:lastColumn="0" w:noHBand="0" w:noVBand="1"/>
      </w:tblPr>
      <w:tblGrid>
        <w:gridCol w:w="4315"/>
        <w:gridCol w:w="4315"/>
      </w:tblGrid>
      <w:tr w:rsidR="002A19C4" w14:paraId="1E2F9EBC" w14:textId="77777777">
        <w:tc>
          <w:tcPr>
            <w:tcW w:w="4320" w:type="dxa"/>
          </w:tcPr>
          <w:p w14:paraId="7C061BFF" w14:textId="77777777" w:rsidR="002A19C4" w:rsidRDefault="00E50DB3">
            <w:pPr>
              <w:rPr>
                <w:rFonts w:hint="eastAsia"/>
              </w:rPr>
            </w:pPr>
            <w:r>
              <w:rPr>
                <w:b/>
              </w:rPr>
              <w:t>Useful vocabulary</w:t>
            </w:r>
          </w:p>
        </w:tc>
        <w:tc>
          <w:tcPr>
            <w:tcW w:w="4320" w:type="dxa"/>
          </w:tcPr>
          <w:p w14:paraId="116D0398" w14:textId="77777777" w:rsidR="002A19C4" w:rsidRDefault="00E50DB3">
            <w:pPr>
              <w:rPr>
                <w:rFonts w:hint="eastAsia"/>
              </w:rPr>
            </w:pPr>
            <w:r>
              <w:rPr>
                <w:b/>
              </w:rPr>
              <w:t>Meaning</w:t>
            </w:r>
          </w:p>
        </w:tc>
      </w:tr>
      <w:tr w:rsidR="002A19C4" w14:paraId="4282A75C" w14:textId="77777777">
        <w:tc>
          <w:tcPr>
            <w:tcW w:w="4320" w:type="dxa"/>
          </w:tcPr>
          <w:p w14:paraId="23E954D6" w14:textId="77777777" w:rsidR="002A19C4" w:rsidRDefault="00E50DB3">
            <w:pPr>
              <w:rPr>
                <w:rFonts w:hint="eastAsia"/>
              </w:rPr>
            </w:pPr>
            <w:r>
              <w:t>take up a hobby</w:t>
            </w:r>
          </w:p>
        </w:tc>
        <w:tc>
          <w:tcPr>
            <w:tcW w:w="4320" w:type="dxa"/>
          </w:tcPr>
          <w:p w14:paraId="4968549B" w14:textId="77777777" w:rsidR="002A19C4" w:rsidRDefault="00E50DB3">
            <w:pPr>
              <w:rPr>
                <w:rFonts w:hint="eastAsia"/>
              </w:rPr>
            </w:pPr>
            <w:r>
              <w:t>start a new free-time activity</w:t>
            </w:r>
          </w:p>
        </w:tc>
      </w:tr>
      <w:tr w:rsidR="002A19C4" w14:paraId="766D7D80" w14:textId="77777777">
        <w:tc>
          <w:tcPr>
            <w:tcW w:w="4320" w:type="dxa"/>
          </w:tcPr>
          <w:p w14:paraId="295B413A" w14:textId="77777777" w:rsidR="002A19C4" w:rsidRDefault="00E50DB3">
            <w:pPr>
              <w:rPr>
                <w:rFonts w:hint="eastAsia"/>
              </w:rPr>
            </w:pPr>
            <w:r>
              <w:t>give up a hobby</w:t>
            </w:r>
          </w:p>
        </w:tc>
        <w:tc>
          <w:tcPr>
            <w:tcW w:w="4320" w:type="dxa"/>
          </w:tcPr>
          <w:p w14:paraId="2CE20884" w14:textId="77777777" w:rsidR="002A19C4" w:rsidRDefault="00E50DB3">
            <w:pPr>
              <w:rPr>
                <w:rFonts w:hint="eastAsia"/>
              </w:rPr>
            </w:pPr>
            <w:r>
              <w:t>stop doing an activity</w:t>
            </w:r>
          </w:p>
        </w:tc>
      </w:tr>
      <w:tr w:rsidR="002A19C4" w14:paraId="336AE30E" w14:textId="77777777">
        <w:tc>
          <w:tcPr>
            <w:tcW w:w="4320" w:type="dxa"/>
          </w:tcPr>
          <w:p w14:paraId="617497A0" w14:textId="77777777" w:rsidR="002A19C4" w:rsidRDefault="00E50DB3">
            <w:pPr>
              <w:rPr>
                <w:rFonts w:hint="eastAsia"/>
              </w:rPr>
            </w:pPr>
            <w:r>
              <w:t>keep fit</w:t>
            </w:r>
          </w:p>
        </w:tc>
        <w:tc>
          <w:tcPr>
            <w:tcW w:w="4320" w:type="dxa"/>
          </w:tcPr>
          <w:p w14:paraId="50E9C657" w14:textId="77777777" w:rsidR="002A19C4" w:rsidRDefault="00E50DB3">
            <w:pPr>
              <w:rPr>
                <w:rFonts w:hint="eastAsia"/>
              </w:rPr>
            </w:pPr>
            <w:r>
              <w:t>stay physica</w:t>
            </w:r>
            <w:r>
              <w:t>lly healthy</w:t>
            </w:r>
          </w:p>
        </w:tc>
      </w:tr>
      <w:tr w:rsidR="002A19C4" w14:paraId="4AE8027A" w14:textId="77777777">
        <w:tc>
          <w:tcPr>
            <w:tcW w:w="4320" w:type="dxa"/>
          </w:tcPr>
          <w:p w14:paraId="269555B2" w14:textId="77777777" w:rsidR="002A19C4" w:rsidRDefault="00E50DB3">
            <w:pPr>
              <w:rPr>
                <w:rFonts w:hint="eastAsia"/>
              </w:rPr>
            </w:pPr>
            <w:r>
              <w:t>from time to time</w:t>
            </w:r>
          </w:p>
        </w:tc>
        <w:tc>
          <w:tcPr>
            <w:tcW w:w="4320" w:type="dxa"/>
          </w:tcPr>
          <w:p w14:paraId="4A055DB0" w14:textId="05C0CC7A" w:rsidR="002A19C4" w:rsidRDefault="00E50DB3">
            <w:pPr>
              <w:rPr>
                <w:rFonts w:hint="eastAsia"/>
              </w:rPr>
            </w:pPr>
            <w:r>
              <w:rPr>
                <w:rFonts w:hint="eastAsia"/>
              </w:rPr>
              <w:t>O</w:t>
            </w:r>
            <w:r>
              <w:t>ccasionally</w:t>
            </w:r>
          </w:p>
        </w:tc>
      </w:tr>
      <w:tr w:rsidR="002A19C4" w14:paraId="1FB480AE" w14:textId="77777777">
        <w:tc>
          <w:tcPr>
            <w:tcW w:w="4320" w:type="dxa"/>
          </w:tcPr>
          <w:p w14:paraId="41B3DE7B" w14:textId="77777777" w:rsidR="002A19C4" w:rsidRDefault="00E50DB3">
            <w:pPr>
              <w:rPr>
                <w:rFonts w:hint="eastAsia"/>
              </w:rPr>
            </w:pPr>
            <w:r>
              <w:t>family tradition</w:t>
            </w:r>
          </w:p>
        </w:tc>
        <w:tc>
          <w:tcPr>
            <w:tcW w:w="4320" w:type="dxa"/>
          </w:tcPr>
          <w:p w14:paraId="2C6AFE8F" w14:textId="77777777" w:rsidR="002A19C4" w:rsidRDefault="00E50DB3">
            <w:pPr>
              <w:rPr>
                <w:rFonts w:hint="eastAsia"/>
              </w:rPr>
            </w:pPr>
            <w:r>
              <w:t>an activity a family repeats on special occasions</w:t>
            </w:r>
          </w:p>
        </w:tc>
      </w:tr>
    </w:tbl>
    <w:p w14:paraId="6AB946AF" w14:textId="77777777" w:rsidR="002A19C4" w:rsidRDefault="00E50DB3">
      <w:pPr>
        <w:pStyle w:val="Nadpis2"/>
      </w:pPr>
      <w:r>
        <w:t>Questions to develop your answer</w:t>
      </w:r>
    </w:p>
    <w:p w14:paraId="60D99F9C" w14:textId="77777777" w:rsidR="002A19C4" w:rsidRDefault="00E50DB3">
      <w:pPr>
        <w:pStyle w:val="Seznamsodrkami"/>
        <w:rPr>
          <w:rFonts w:hint="eastAsia"/>
        </w:rPr>
      </w:pPr>
      <w:r>
        <w:t>What is your main hobby and why do you enjoy it?</w:t>
      </w:r>
    </w:p>
    <w:p w14:paraId="17CCFD10" w14:textId="77777777" w:rsidR="002A19C4" w:rsidRDefault="00E50DB3">
      <w:pPr>
        <w:pStyle w:val="Seznamsodrkami"/>
        <w:rPr>
          <w:rFonts w:hint="eastAsia"/>
        </w:rPr>
      </w:pPr>
      <w:r>
        <w:t>What do you do with your family at weekends?</w:t>
      </w:r>
    </w:p>
    <w:p w14:paraId="2E151D0A" w14:textId="77777777" w:rsidR="002A19C4" w:rsidRDefault="00E50DB3">
      <w:pPr>
        <w:pStyle w:val="Seznamsodrkami"/>
        <w:rPr>
          <w:rFonts w:hint="eastAsia"/>
        </w:rPr>
      </w:pPr>
      <w:r>
        <w:t xml:space="preserve">How do you </w:t>
      </w:r>
      <w:r>
        <w:t>celebrate birthdays or Christmas?</w:t>
      </w:r>
    </w:p>
    <w:p w14:paraId="7B07D462" w14:textId="77777777" w:rsidR="002A19C4" w:rsidRDefault="00E50DB3">
      <w:pPr>
        <w:rPr>
          <w:rFonts w:hint="eastAsia"/>
        </w:rPr>
      </w:pPr>
      <w:r>
        <w:lastRenderedPageBreak/>
        <w:t>Example: My main hobby is cycling. I often cycle with friends because it helps me relax. At Christmas, our extended family meets at my grandparents’ house.</w:t>
      </w:r>
    </w:p>
    <w:p w14:paraId="766BA5F0" w14:textId="77777777" w:rsidR="002A19C4" w:rsidRDefault="00E50DB3">
      <w:pPr>
        <w:pStyle w:val="Nadpis1"/>
      </w:pPr>
      <w:r>
        <w:t>7  Problems, Conflicts and Support</w:t>
      </w:r>
    </w:p>
    <w:p w14:paraId="1AC9EF96" w14:textId="77777777" w:rsidR="002A19C4" w:rsidRDefault="00E50DB3">
      <w:pPr>
        <w:rPr>
          <w:rFonts w:hint="eastAsia"/>
        </w:rPr>
      </w:pPr>
      <w:r>
        <w:t>Families sometimes disagree abo</w:t>
      </w:r>
      <w:r>
        <w:t>ut school, chores, privacy or screen time. Explain one ordinary conflict and describe how people can solve it respectfully.</w:t>
      </w:r>
    </w:p>
    <w:tbl>
      <w:tblPr>
        <w:tblStyle w:val="Mkatabulky"/>
        <w:tblW w:w="0" w:type="auto"/>
        <w:tblLook w:val="04A0" w:firstRow="1" w:lastRow="0" w:firstColumn="1" w:lastColumn="0" w:noHBand="0" w:noVBand="1"/>
      </w:tblPr>
      <w:tblGrid>
        <w:gridCol w:w="4315"/>
        <w:gridCol w:w="4315"/>
      </w:tblGrid>
      <w:tr w:rsidR="002A19C4" w14:paraId="7EFD62E8" w14:textId="77777777">
        <w:tc>
          <w:tcPr>
            <w:tcW w:w="4320" w:type="dxa"/>
          </w:tcPr>
          <w:p w14:paraId="4FF909A9" w14:textId="77777777" w:rsidR="002A19C4" w:rsidRDefault="00E50DB3">
            <w:pPr>
              <w:rPr>
                <w:rFonts w:hint="eastAsia"/>
              </w:rPr>
            </w:pPr>
            <w:r>
              <w:rPr>
                <w:b/>
              </w:rPr>
              <w:t>Useful vocabulary</w:t>
            </w:r>
          </w:p>
        </w:tc>
        <w:tc>
          <w:tcPr>
            <w:tcW w:w="4320" w:type="dxa"/>
          </w:tcPr>
          <w:p w14:paraId="1FF46CC4" w14:textId="77777777" w:rsidR="002A19C4" w:rsidRDefault="00E50DB3">
            <w:pPr>
              <w:rPr>
                <w:rFonts w:hint="eastAsia"/>
              </w:rPr>
            </w:pPr>
            <w:r>
              <w:rPr>
                <w:b/>
              </w:rPr>
              <w:t>Meaning</w:t>
            </w:r>
          </w:p>
        </w:tc>
      </w:tr>
      <w:tr w:rsidR="002A19C4" w14:paraId="327E4BBF" w14:textId="77777777">
        <w:tc>
          <w:tcPr>
            <w:tcW w:w="4320" w:type="dxa"/>
          </w:tcPr>
          <w:p w14:paraId="59C857F7" w14:textId="77777777" w:rsidR="002A19C4" w:rsidRDefault="00E50DB3">
            <w:pPr>
              <w:rPr>
                <w:rFonts w:hint="eastAsia"/>
              </w:rPr>
            </w:pPr>
            <w:r>
              <w:t>argue about</w:t>
            </w:r>
          </w:p>
        </w:tc>
        <w:tc>
          <w:tcPr>
            <w:tcW w:w="4320" w:type="dxa"/>
          </w:tcPr>
          <w:p w14:paraId="75E377F8" w14:textId="77777777" w:rsidR="002A19C4" w:rsidRDefault="00E50DB3">
            <w:pPr>
              <w:rPr>
                <w:rFonts w:hint="eastAsia"/>
              </w:rPr>
            </w:pPr>
            <w:r>
              <w:t>disagree or have a verbal conflict over something</w:t>
            </w:r>
          </w:p>
        </w:tc>
      </w:tr>
      <w:tr w:rsidR="002A19C4" w14:paraId="175294BA" w14:textId="77777777">
        <w:tc>
          <w:tcPr>
            <w:tcW w:w="4320" w:type="dxa"/>
          </w:tcPr>
          <w:p w14:paraId="322CB288" w14:textId="77777777" w:rsidR="002A19C4" w:rsidRDefault="00E50DB3">
            <w:pPr>
              <w:rPr>
                <w:rFonts w:hint="eastAsia"/>
              </w:rPr>
            </w:pPr>
            <w:r>
              <w:t>make up</w:t>
            </w:r>
          </w:p>
        </w:tc>
        <w:tc>
          <w:tcPr>
            <w:tcW w:w="4320" w:type="dxa"/>
          </w:tcPr>
          <w:p w14:paraId="77C9E491" w14:textId="77777777" w:rsidR="002A19C4" w:rsidRDefault="00E50DB3">
            <w:pPr>
              <w:rPr>
                <w:rFonts w:hint="eastAsia"/>
              </w:rPr>
            </w:pPr>
            <w:r>
              <w:t>become friendly again after an arg</w:t>
            </w:r>
            <w:r>
              <w:t>ument</w:t>
            </w:r>
          </w:p>
        </w:tc>
      </w:tr>
      <w:tr w:rsidR="002A19C4" w14:paraId="0963A7B4" w14:textId="77777777">
        <w:tc>
          <w:tcPr>
            <w:tcW w:w="4320" w:type="dxa"/>
          </w:tcPr>
          <w:p w14:paraId="56205566" w14:textId="77777777" w:rsidR="002A19C4" w:rsidRDefault="00E50DB3">
            <w:pPr>
              <w:rPr>
                <w:rFonts w:hint="eastAsia"/>
              </w:rPr>
            </w:pPr>
            <w:r>
              <w:t>compromise</w:t>
            </w:r>
          </w:p>
        </w:tc>
        <w:tc>
          <w:tcPr>
            <w:tcW w:w="4320" w:type="dxa"/>
          </w:tcPr>
          <w:p w14:paraId="3178FBE1" w14:textId="77777777" w:rsidR="002A19C4" w:rsidRDefault="00E50DB3">
            <w:pPr>
              <w:rPr>
                <w:rFonts w:hint="eastAsia"/>
              </w:rPr>
            </w:pPr>
            <w:r>
              <w:t>an agreement in which both sides give something up</w:t>
            </w:r>
          </w:p>
        </w:tc>
      </w:tr>
      <w:tr w:rsidR="002A19C4" w14:paraId="56979B2C" w14:textId="77777777">
        <w:tc>
          <w:tcPr>
            <w:tcW w:w="4320" w:type="dxa"/>
          </w:tcPr>
          <w:p w14:paraId="4F256A60" w14:textId="77777777" w:rsidR="002A19C4" w:rsidRDefault="00E50DB3">
            <w:pPr>
              <w:rPr>
                <w:rFonts w:hint="eastAsia"/>
              </w:rPr>
            </w:pPr>
            <w:r>
              <w:t>privacy</w:t>
            </w:r>
          </w:p>
        </w:tc>
        <w:tc>
          <w:tcPr>
            <w:tcW w:w="4320" w:type="dxa"/>
          </w:tcPr>
          <w:p w14:paraId="696EB160" w14:textId="77777777" w:rsidR="002A19C4" w:rsidRDefault="00E50DB3">
            <w:pPr>
              <w:rPr>
                <w:rFonts w:hint="eastAsia"/>
              </w:rPr>
            </w:pPr>
            <w:r>
              <w:t>time or space without being disturbed</w:t>
            </w:r>
          </w:p>
        </w:tc>
      </w:tr>
      <w:tr w:rsidR="002A19C4" w14:paraId="0103E36C" w14:textId="77777777">
        <w:tc>
          <w:tcPr>
            <w:tcW w:w="4320" w:type="dxa"/>
          </w:tcPr>
          <w:p w14:paraId="1128C506" w14:textId="77777777" w:rsidR="002A19C4" w:rsidRDefault="00E50DB3">
            <w:pPr>
              <w:rPr>
                <w:rFonts w:hint="eastAsia"/>
              </w:rPr>
            </w:pPr>
            <w:r>
              <w:t>support and encourage</w:t>
            </w:r>
          </w:p>
        </w:tc>
        <w:tc>
          <w:tcPr>
            <w:tcW w:w="4320" w:type="dxa"/>
          </w:tcPr>
          <w:p w14:paraId="641B2914" w14:textId="77777777" w:rsidR="002A19C4" w:rsidRDefault="00E50DB3">
            <w:pPr>
              <w:rPr>
                <w:rFonts w:hint="eastAsia"/>
              </w:rPr>
            </w:pPr>
            <w:r>
              <w:t>help someone and give them confidence</w:t>
            </w:r>
          </w:p>
        </w:tc>
      </w:tr>
    </w:tbl>
    <w:p w14:paraId="0D386314" w14:textId="77777777" w:rsidR="002A19C4" w:rsidRDefault="00E50DB3">
      <w:pPr>
        <w:pStyle w:val="Nadpis2"/>
      </w:pPr>
      <w:r>
        <w:t>Questions to develop your answer</w:t>
      </w:r>
    </w:p>
    <w:p w14:paraId="473DBCA0" w14:textId="77777777" w:rsidR="002A19C4" w:rsidRDefault="00E50DB3">
      <w:pPr>
        <w:pStyle w:val="Seznamsodrkami"/>
        <w:rPr>
          <w:rFonts w:hint="eastAsia"/>
        </w:rPr>
      </w:pPr>
      <w:r>
        <w:t xml:space="preserve">What do teenagers and parents often </w:t>
      </w:r>
      <w:r>
        <w:t>argue about?</w:t>
      </w:r>
    </w:p>
    <w:p w14:paraId="267A1A9C" w14:textId="77777777" w:rsidR="002A19C4" w:rsidRDefault="00E50DB3">
      <w:pPr>
        <w:pStyle w:val="Seznamsodrkami"/>
        <w:rPr>
          <w:rFonts w:hint="eastAsia"/>
        </w:rPr>
      </w:pPr>
      <w:r>
        <w:t>How can family members solve disagreements?</w:t>
      </w:r>
    </w:p>
    <w:p w14:paraId="355B919D" w14:textId="77777777" w:rsidR="002A19C4" w:rsidRDefault="00E50DB3">
      <w:pPr>
        <w:pStyle w:val="Seznamsodrkami"/>
        <w:rPr>
          <w:rFonts w:hint="eastAsia"/>
        </w:rPr>
      </w:pPr>
      <w:r>
        <w:t>Who helps you when something goes wrong?</w:t>
      </w:r>
    </w:p>
    <w:p w14:paraId="14EDFDB1" w14:textId="77777777" w:rsidR="002A19C4" w:rsidRDefault="00E50DB3">
      <w:pPr>
        <w:rPr>
          <w:rFonts w:hint="eastAsia"/>
        </w:rPr>
      </w:pPr>
      <w:r>
        <w:t>Example: We sometimes argue about household chores, but we usually calm down and find a compromise. My family supports me when I have a difficult day.</w:t>
      </w:r>
    </w:p>
    <w:p w14:paraId="092A37FC" w14:textId="77777777" w:rsidR="002A19C4" w:rsidRDefault="00E50DB3">
      <w:pPr>
        <w:pStyle w:val="Nadpis1"/>
      </w:pPr>
      <w:r>
        <w:t>8  Gene</w:t>
      </w:r>
      <w:r>
        <w:t>rations, Modern Families and My Future</w:t>
      </w:r>
    </w:p>
    <w:p w14:paraId="33B2795E" w14:textId="77777777" w:rsidR="002A19C4" w:rsidRDefault="00E50DB3">
      <w:pPr>
        <w:rPr>
          <w:rFonts w:hint="eastAsia"/>
        </w:rPr>
      </w:pPr>
      <w:r>
        <w:t>Compare the views of young and older people, consider how technology affects family life, and finish with what family means to you.</w:t>
      </w:r>
    </w:p>
    <w:tbl>
      <w:tblPr>
        <w:tblStyle w:val="Mkatabulky"/>
        <w:tblW w:w="0" w:type="auto"/>
        <w:tblLook w:val="04A0" w:firstRow="1" w:lastRow="0" w:firstColumn="1" w:lastColumn="0" w:noHBand="0" w:noVBand="1"/>
      </w:tblPr>
      <w:tblGrid>
        <w:gridCol w:w="4315"/>
        <w:gridCol w:w="4315"/>
      </w:tblGrid>
      <w:tr w:rsidR="002A19C4" w14:paraId="47E6D997" w14:textId="77777777">
        <w:tc>
          <w:tcPr>
            <w:tcW w:w="4320" w:type="dxa"/>
          </w:tcPr>
          <w:p w14:paraId="60E6D52D" w14:textId="77777777" w:rsidR="002A19C4" w:rsidRDefault="00E50DB3">
            <w:pPr>
              <w:rPr>
                <w:rFonts w:hint="eastAsia"/>
              </w:rPr>
            </w:pPr>
            <w:r>
              <w:rPr>
                <w:b/>
              </w:rPr>
              <w:t>Useful vocabulary</w:t>
            </w:r>
          </w:p>
        </w:tc>
        <w:tc>
          <w:tcPr>
            <w:tcW w:w="4320" w:type="dxa"/>
          </w:tcPr>
          <w:p w14:paraId="128D0ADF" w14:textId="77777777" w:rsidR="002A19C4" w:rsidRDefault="00E50DB3">
            <w:pPr>
              <w:rPr>
                <w:rFonts w:hint="eastAsia"/>
              </w:rPr>
            </w:pPr>
            <w:r>
              <w:rPr>
                <w:b/>
              </w:rPr>
              <w:t>Meaning</w:t>
            </w:r>
          </w:p>
        </w:tc>
      </w:tr>
      <w:tr w:rsidR="002A19C4" w14:paraId="57F499F8" w14:textId="77777777">
        <w:tc>
          <w:tcPr>
            <w:tcW w:w="4320" w:type="dxa"/>
          </w:tcPr>
          <w:p w14:paraId="7E3641C1" w14:textId="77777777" w:rsidR="002A19C4" w:rsidRDefault="00E50DB3">
            <w:pPr>
              <w:rPr>
                <w:rFonts w:hint="eastAsia"/>
              </w:rPr>
            </w:pPr>
            <w:r>
              <w:t>generation gap</w:t>
            </w:r>
          </w:p>
        </w:tc>
        <w:tc>
          <w:tcPr>
            <w:tcW w:w="4320" w:type="dxa"/>
          </w:tcPr>
          <w:p w14:paraId="02858965" w14:textId="77777777" w:rsidR="002A19C4" w:rsidRDefault="00E50DB3">
            <w:pPr>
              <w:rPr>
                <w:rFonts w:hint="eastAsia"/>
              </w:rPr>
            </w:pPr>
            <w:r>
              <w:t>differences between younger and older peopl</w:t>
            </w:r>
            <w:r>
              <w:t>e</w:t>
            </w:r>
          </w:p>
        </w:tc>
      </w:tr>
      <w:tr w:rsidR="002A19C4" w14:paraId="5E4C507E" w14:textId="77777777">
        <w:tc>
          <w:tcPr>
            <w:tcW w:w="4320" w:type="dxa"/>
          </w:tcPr>
          <w:p w14:paraId="5DC3945D" w14:textId="77777777" w:rsidR="002A19C4" w:rsidRDefault="00E50DB3">
            <w:pPr>
              <w:rPr>
                <w:rFonts w:hint="eastAsia"/>
              </w:rPr>
            </w:pPr>
            <w:r>
              <w:t>stay in touch</w:t>
            </w:r>
          </w:p>
        </w:tc>
        <w:tc>
          <w:tcPr>
            <w:tcW w:w="4320" w:type="dxa"/>
          </w:tcPr>
          <w:p w14:paraId="331F9964" w14:textId="77777777" w:rsidR="002A19C4" w:rsidRDefault="00E50DB3">
            <w:pPr>
              <w:rPr>
                <w:rFonts w:hint="eastAsia"/>
              </w:rPr>
            </w:pPr>
            <w:r>
              <w:t>continue communicating</w:t>
            </w:r>
          </w:p>
        </w:tc>
      </w:tr>
      <w:tr w:rsidR="002A19C4" w14:paraId="23B66342" w14:textId="77777777">
        <w:tc>
          <w:tcPr>
            <w:tcW w:w="4320" w:type="dxa"/>
          </w:tcPr>
          <w:p w14:paraId="30B8D056" w14:textId="77777777" w:rsidR="002A19C4" w:rsidRDefault="00E50DB3">
            <w:pPr>
              <w:rPr>
                <w:rFonts w:hint="eastAsia"/>
              </w:rPr>
            </w:pPr>
            <w:r>
              <w:t>respect</w:t>
            </w:r>
          </w:p>
        </w:tc>
        <w:tc>
          <w:tcPr>
            <w:tcW w:w="4320" w:type="dxa"/>
          </w:tcPr>
          <w:p w14:paraId="3D1D2F8F" w14:textId="77777777" w:rsidR="002A19C4" w:rsidRDefault="00E50DB3">
            <w:pPr>
              <w:rPr>
                <w:rFonts w:hint="eastAsia"/>
              </w:rPr>
            </w:pPr>
            <w:r>
              <w:t>treat others and their views considerately</w:t>
            </w:r>
          </w:p>
        </w:tc>
      </w:tr>
      <w:tr w:rsidR="002A19C4" w14:paraId="40D83875" w14:textId="77777777">
        <w:tc>
          <w:tcPr>
            <w:tcW w:w="4320" w:type="dxa"/>
          </w:tcPr>
          <w:p w14:paraId="270A9A71" w14:textId="77777777" w:rsidR="002A19C4" w:rsidRDefault="00E50DB3">
            <w:pPr>
              <w:rPr>
                <w:rFonts w:hint="eastAsia"/>
              </w:rPr>
            </w:pPr>
            <w:r>
              <w:t>trust</w:t>
            </w:r>
          </w:p>
        </w:tc>
        <w:tc>
          <w:tcPr>
            <w:tcW w:w="4320" w:type="dxa"/>
          </w:tcPr>
          <w:p w14:paraId="5CD3B51E" w14:textId="77777777" w:rsidR="002A19C4" w:rsidRDefault="00E50DB3">
            <w:pPr>
              <w:rPr>
                <w:rFonts w:hint="eastAsia"/>
              </w:rPr>
            </w:pPr>
            <w:r>
              <w:t>confidence that someone is honest and dependable</w:t>
            </w:r>
          </w:p>
        </w:tc>
      </w:tr>
      <w:tr w:rsidR="002A19C4" w14:paraId="4980D76D" w14:textId="77777777">
        <w:tc>
          <w:tcPr>
            <w:tcW w:w="4320" w:type="dxa"/>
          </w:tcPr>
          <w:p w14:paraId="41FAC44F" w14:textId="77777777" w:rsidR="002A19C4" w:rsidRDefault="00E50DB3">
            <w:pPr>
              <w:rPr>
                <w:rFonts w:hint="eastAsia"/>
              </w:rPr>
            </w:pPr>
            <w:r>
              <w:t>quality time</w:t>
            </w:r>
          </w:p>
        </w:tc>
        <w:tc>
          <w:tcPr>
            <w:tcW w:w="4320" w:type="dxa"/>
          </w:tcPr>
          <w:p w14:paraId="4C49E271" w14:textId="77777777" w:rsidR="002A19C4" w:rsidRDefault="00E50DB3">
            <w:pPr>
              <w:rPr>
                <w:rFonts w:hint="eastAsia"/>
              </w:rPr>
            </w:pPr>
            <w:r>
              <w:t>meaningful time spent together</w:t>
            </w:r>
          </w:p>
        </w:tc>
      </w:tr>
    </w:tbl>
    <w:p w14:paraId="6ED54A49" w14:textId="77777777" w:rsidR="002A19C4" w:rsidRDefault="00E50DB3">
      <w:pPr>
        <w:pStyle w:val="Nadpis2"/>
      </w:pPr>
      <w:r>
        <w:t>Questions to develop your answer</w:t>
      </w:r>
    </w:p>
    <w:p w14:paraId="078FBC9F" w14:textId="77777777" w:rsidR="002A19C4" w:rsidRDefault="00E50DB3">
      <w:pPr>
        <w:pStyle w:val="Seznamsodrkami"/>
        <w:rPr>
          <w:rFonts w:hint="eastAsia"/>
        </w:rPr>
      </w:pPr>
      <w:r>
        <w:t xml:space="preserve">What can younger and </w:t>
      </w:r>
      <w:r>
        <w:t>older generations learn from each other?</w:t>
      </w:r>
    </w:p>
    <w:p w14:paraId="3043DB08" w14:textId="77777777" w:rsidR="002A19C4" w:rsidRDefault="00E50DB3">
      <w:pPr>
        <w:pStyle w:val="Seznamsodrkami"/>
        <w:rPr>
          <w:rFonts w:hint="eastAsia"/>
        </w:rPr>
      </w:pPr>
      <w:r>
        <w:t>Do modern families spend enough time together?</w:t>
      </w:r>
    </w:p>
    <w:p w14:paraId="36368F62" w14:textId="77777777" w:rsidR="002A19C4" w:rsidRDefault="00E50DB3">
      <w:pPr>
        <w:pStyle w:val="Seznamsodrkami"/>
        <w:rPr>
          <w:rFonts w:hint="eastAsia"/>
        </w:rPr>
      </w:pPr>
      <w:r>
        <w:t>What kind of family life would you like in the future?</w:t>
      </w:r>
    </w:p>
    <w:p w14:paraId="66277565" w14:textId="77777777" w:rsidR="002A19C4" w:rsidRDefault="00E50DB3">
      <w:pPr>
        <w:rPr>
          <w:rFonts w:hint="eastAsia"/>
        </w:rPr>
      </w:pPr>
      <w:r>
        <w:t>Example: In my opinion, trust and respect are the most important parts of a good family. Technology helps us stay</w:t>
      </w:r>
      <w:r>
        <w:t xml:space="preserve"> in touch, but spending time together matters too.</w:t>
      </w:r>
    </w:p>
    <w:p w14:paraId="12CF98E2" w14:textId="77777777" w:rsidR="002A19C4" w:rsidRDefault="00E50DB3">
      <w:pPr>
        <w:pStyle w:val="Nadpis1"/>
      </w:pPr>
      <w:r>
        <w:lastRenderedPageBreak/>
        <w:t>How to talk about family respectfully</w:t>
      </w:r>
    </w:p>
    <w:p w14:paraId="4128CCE0" w14:textId="77777777" w:rsidR="002A19C4" w:rsidRDefault="00E50DB3">
      <w:pPr>
        <w:rPr>
          <w:rFonts w:hint="eastAsia"/>
        </w:rPr>
      </w:pPr>
      <w:r>
        <w:t>Every family is different. You can describe your own family, a relative, or an imaginary example. You do not need to share private problems. Avoid judging different fa</w:t>
      </w:r>
      <w:r>
        <w:t>mily types; focus on relationships, support, respect and everyday life.</w:t>
      </w:r>
    </w:p>
    <w:p w14:paraId="55487EBF" w14:textId="77777777" w:rsidR="002A19C4" w:rsidRDefault="00E50DB3">
      <w:pPr>
        <w:pStyle w:val="Nadpis1"/>
      </w:pPr>
      <w:r>
        <w:t>Helpful speaking phrases</w:t>
      </w:r>
    </w:p>
    <w:p w14:paraId="59334944" w14:textId="77777777" w:rsidR="002A19C4" w:rsidRDefault="00E50DB3">
      <w:pPr>
        <w:pStyle w:val="Seznamsodrkami"/>
        <w:rPr>
          <w:rFonts w:hint="eastAsia"/>
        </w:rPr>
      </w:pPr>
      <w:r>
        <w:t>I come from a small / large / close family.</w:t>
      </w:r>
    </w:p>
    <w:p w14:paraId="1F8E946A" w14:textId="77777777" w:rsidR="002A19C4" w:rsidRDefault="00E50DB3">
      <w:pPr>
        <w:pStyle w:val="Seznamsodrkami"/>
        <w:rPr>
          <w:rFonts w:hint="eastAsia"/>
        </w:rPr>
      </w:pPr>
      <w:r>
        <w:t>I am particularly close to … because …</w:t>
      </w:r>
    </w:p>
    <w:p w14:paraId="3BE070C3" w14:textId="77777777" w:rsidR="002A19C4" w:rsidRDefault="00E50DB3">
      <w:pPr>
        <w:pStyle w:val="Seznamsodrkami"/>
        <w:rPr>
          <w:rFonts w:hint="eastAsia"/>
        </w:rPr>
      </w:pPr>
      <w:r>
        <w:t>I look up to … / I take after …</w:t>
      </w:r>
    </w:p>
    <w:p w14:paraId="2C52C2E8" w14:textId="77777777" w:rsidR="002A19C4" w:rsidRDefault="00E50DB3">
      <w:pPr>
        <w:pStyle w:val="Seznamsodrkami"/>
        <w:rPr>
          <w:rFonts w:hint="eastAsia"/>
        </w:rPr>
      </w:pPr>
      <w:r>
        <w:t>At home, I am responsible for …</w:t>
      </w:r>
    </w:p>
    <w:p w14:paraId="7E0BFE7E" w14:textId="77777777" w:rsidR="002A19C4" w:rsidRDefault="00E50DB3">
      <w:pPr>
        <w:pStyle w:val="Seznamsodrkami"/>
        <w:rPr>
          <w:rFonts w:hint="eastAsia"/>
        </w:rPr>
      </w:pPr>
      <w:r>
        <w:t>During the w</w:t>
      </w:r>
      <w:r>
        <w:t>eek, I usually …</w:t>
      </w:r>
    </w:p>
    <w:p w14:paraId="2D2F1B2A" w14:textId="77777777" w:rsidR="002A19C4" w:rsidRDefault="00E50DB3">
      <w:pPr>
        <w:pStyle w:val="Seznamsodrkami"/>
        <w:rPr>
          <w:rFonts w:hint="eastAsia"/>
        </w:rPr>
      </w:pPr>
      <w:r>
        <w:t>My favourite subject is … because …</w:t>
      </w:r>
    </w:p>
    <w:p w14:paraId="0331E99C" w14:textId="77777777" w:rsidR="002A19C4" w:rsidRDefault="00E50DB3">
      <w:pPr>
        <w:pStyle w:val="Seznamsodrkami"/>
        <w:rPr>
          <w:rFonts w:hint="eastAsia"/>
        </w:rPr>
      </w:pPr>
      <w:r>
        <w:t>I enjoy … because it helps me …</w:t>
      </w:r>
    </w:p>
    <w:p w14:paraId="2CDBC6DC" w14:textId="77777777" w:rsidR="002A19C4" w:rsidRDefault="00E50DB3">
      <w:pPr>
        <w:pStyle w:val="Seznamsodrkami"/>
        <w:rPr>
          <w:rFonts w:hint="eastAsia"/>
        </w:rPr>
      </w:pPr>
      <w:r>
        <w:t>Although we sometimes disagree, …</w:t>
      </w:r>
    </w:p>
    <w:p w14:paraId="0668C0D1" w14:textId="77777777" w:rsidR="002A19C4" w:rsidRDefault="00E50DB3">
      <w:pPr>
        <w:pStyle w:val="Seznamsodrkami"/>
        <w:rPr>
          <w:rFonts w:hint="eastAsia"/>
        </w:rPr>
      </w:pPr>
      <w:r>
        <w:t>In my opinion, … / On the other hand, …</w:t>
      </w:r>
    </w:p>
    <w:p w14:paraId="7BB9C2B3" w14:textId="77777777" w:rsidR="002A19C4" w:rsidRDefault="00E50DB3">
      <w:pPr>
        <w:pStyle w:val="Seznamsodrkami"/>
        <w:rPr>
          <w:rFonts w:hint="eastAsia"/>
        </w:rPr>
      </w:pPr>
      <w:r>
        <w:t>In the future, I would like to …</w:t>
      </w:r>
    </w:p>
    <w:p w14:paraId="206F56BF" w14:textId="77777777" w:rsidR="002A19C4" w:rsidRDefault="00E50DB3">
      <w:pPr>
        <w:pStyle w:val="Nadpis1"/>
      </w:pPr>
      <w:r>
        <w:t>Model answer (about 7 minutes)</w:t>
      </w:r>
    </w:p>
    <w:p w14:paraId="6A5FB1D4" w14:textId="77777777" w:rsidR="002A19C4" w:rsidRDefault="00E50DB3">
      <w:pPr>
        <w:rPr>
          <w:rFonts w:hint="eastAsia"/>
        </w:rPr>
      </w:pPr>
      <w:r>
        <w:t>I come from a fairly small family</w:t>
      </w:r>
      <w:r>
        <w:t>. There are four people in my immediate family: my parents, my younger sister and me. We live in a family house in a small town. Most of my relatives live in the same region, so we can see them quite often. My grandparents live about twenty kilometres away</w:t>
      </w:r>
      <w:r>
        <w:t>, and we usually visit them twice a month.</w:t>
      </w:r>
    </w:p>
    <w:p w14:paraId="7436070D" w14:textId="77777777" w:rsidR="002A19C4" w:rsidRDefault="00E50DB3">
      <w:pPr>
        <w:rPr>
          <w:rFonts w:hint="eastAsia"/>
        </w:rPr>
      </w:pPr>
      <w:r>
        <w:t>I would like to describe my sister in more detail because we spend a lot of time together. She is fifteen and attends secondary school. She is medium height and has long brown hair. She is friendly and creative, b</w:t>
      </w:r>
      <w:r>
        <w:t>ut she can also be quite stubborn. We have similar taste in music and films, so we have a lot to talk about. Of course, we sometimes argue, especially when she borrows my things without asking. We usually calm down quickly and make up.</w:t>
      </w:r>
    </w:p>
    <w:p w14:paraId="57B97349" w14:textId="77777777" w:rsidR="002A19C4" w:rsidRDefault="00E50DB3">
      <w:pPr>
        <w:rPr>
          <w:rFonts w:hint="eastAsia"/>
        </w:rPr>
      </w:pPr>
      <w:r>
        <w:t xml:space="preserve">I also have a close </w:t>
      </w:r>
      <w:r>
        <w:t>relationship with my father. I take after him because we are both rather quiet and practical. I look up to him because he can repair almost anything and he does not panic when there is a problem. When I need advice about school or work, I often ask him. He</w:t>
      </w:r>
      <w:r>
        <w:t xml:space="preserve"> does not make decisions for me, but he helps me think about the advantages and disadvantages.</w:t>
      </w:r>
    </w:p>
    <w:p w14:paraId="00889137" w14:textId="77777777" w:rsidR="002A19C4" w:rsidRDefault="00E50DB3">
      <w:pPr>
        <w:rPr>
          <w:rFonts w:hint="eastAsia"/>
        </w:rPr>
      </w:pPr>
      <w:r>
        <w:t>During the week, our daily routines are quite different. My parents leave for work early, and my sister and I have lessons until the afternoon. Everyone helps ar</w:t>
      </w:r>
      <w:r>
        <w:t>ound the house. I take out the rubbish, vacuum my room and sometimes cook. I think it is fair to share household chores because all members of the family use the home.</w:t>
      </w:r>
    </w:p>
    <w:p w14:paraId="1237885B" w14:textId="77777777" w:rsidR="002A19C4" w:rsidRDefault="00E50DB3">
      <w:pPr>
        <w:rPr>
          <w:rFonts w:hint="eastAsia"/>
        </w:rPr>
      </w:pPr>
      <w:r>
        <w:t>On a normal school day, my alarm goes off at half past six. After getting dressed and ha</w:t>
      </w:r>
      <w:r>
        <w:t xml:space="preserve">ving breakfast, I commute to school by bus. The journey takes about thirty minutes. I attend a secondary vocational school, where we have both general and vocational subjects. I especially enjoy practical training because I can use what I learn. I usually </w:t>
      </w:r>
      <w:r>
        <w:t>have lunch in the school canteen and get home in the late afternoon. Then I do my homework, prepare for the next day and relax for a while. We try to have dinner together, although this is not possible every day.</w:t>
      </w:r>
    </w:p>
    <w:p w14:paraId="7776C653" w14:textId="77777777" w:rsidR="002A19C4" w:rsidRDefault="00E50DB3">
      <w:pPr>
        <w:rPr>
          <w:rFonts w:hint="eastAsia"/>
        </w:rPr>
      </w:pPr>
      <w:r>
        <w:t>My main hobby is cycling. I started as a ch</w:t>
      </w:r>
      <w:r>
        <w:t>ild, but I have been cycling regularly for the last two years. At weekends, I often go on a longer ride with a friend. I enjoy it because it keeps me fit and helps me forget about school stress. I also like listening to music and watching films, especially</w:t>
      </w:r>
      <w:r>
        <w:t xml:space="preserve"> when the </w:t>
      </w:r>
      <w:r>
        <w:lastRenderedPageBreak/>
        <w:t>weather is bad. In the future, I would like to take up photography because it would fit well with travelling and cycling.</w:t>
      </w:r>
    </w:p>
    <w:p w14:paraId="22A35D7F" w14:textId="77777777" w:rsidR="002A19C4" w:rsidRDefault="00E50DB3">
      <w:pPr>
        <w:rPr>
          <w:rFonts w:hint="eastAsia"/>
        </w:rPr>
      </w:pPr>
      <w:r>
        <w:t>As a family, we sometimes go cycling, visit our grandparents or watch a film together. We also have family traditions. We ce</w:t>
      </w:r>
      <w:r>
        <w:t>lebrate birthdays with a homemade cake, and at Christmas the wider family meets at my grandparents' house. These events are important because they keep relatives in contact, even when they are busy during the year.</w:t>
      </w:r>
    </w:p>
    <w:p w14:paraId="70468C41" w14:textId="77777777" w:rsidR="002A19C4" w:rsidRDefault="00E50DB3">
      <w:pPr>
        <w:rPr>
          <w:rFonts w:hint="eastAsia"/>
        </w:rPr>
      </w:pPr>
      <w:r>
        <w:t>Like every family, we have disagreements.</w:t>
      </w:r>
      <w:r>
        <w:t xml:space="preserve"> The most common problems concern chores, school results and the amount of time we spend on our phones. In my opinion, conflicts are normal. What matters is how people solve them. It helps to speak calmly, listen to the other person and try to find a compr</w:t>
      </w:r>
      <w:r>
        <w:t>omise.</w:t>
      </w:r>
    </w:p>
    <w:p w14:paraId="5D7F7F84" w14:textId="77777777" w:rsidR="002A19C4" w:rsidRDefault="00E50DB3">
      <w:pPr>
        <w:rPr>
          <w:rFonts w:hint="eastAsia"/>
        </w:rPr>
      </w:pPr>
      <w:r>
        <w:t>Families today may spend less time together because adults work long hours and young people have many activities. On the other hand, technology helps relatives stay in touch when they live far apart. I think families need both shared time and enough</w:t>
      </w:r>
      <w:r>
        <w:t xml:space="preserve"> privacy for each person.</w:t>
      </w:r>
    </w:p>
    <w:p w14:paraId="7F4BC5FD" w14:textId="77777777" w:rsidR="002A19C4" w:rsidRDefault="00E50DB3">
      <w:pPr>
        <w:rPr>
          <w:rFonts w:hint="eastAsia"/>
        </w:rPr>
      </w:pPr>
      <w:r>
        <w:t xml:space="preserve">For me, family means support, trust and a place where I can be myself. My family is not perfect, but I know I can rely on them. In the future, I would like to have a family of my own and keep some of the traditions I grew up </w:t>
      </w:r>
      <w:r>
        <w:t>with.</w:t>
      </w:r>
    </w:p>
    <w:p w14:paraId="18F76F5A" w14:textId="77777777" w:rsidR="002A19C4" w:rsidRDefault="00E50DB3">
      <w:pPr>
        <w:pStyle w:val="Nadpis1"/>
      </w:pPr>
      <w:r>
        <w:t>Possible examiner questions</w:t>
      </w:r>
    </w:p>
    <w:p w14:paraId="67778DA9" w14:textId="77777777" w:rsidR="002A19C4" w:rsidRDefault="00E50DB3">
      <w:pPr>
        <w:pStyle w:val="slovanseznam"/>
        <w:rPr>
          <w:rFonts w:hint="eastAsia"/>
        </w:rPr>
      </w:pPr>
      <w:r>
        <w:t>Who do you live with?</w:t>
      </w:r>
    </w:p>
    <w:p w14:paraId="70826E8C" w14:textId="77777777" w:rsidR="002A19C4" w:rsidRDefault="00E50DB3">
      <w:pPr>
        <w:pStyle w:val="slovanseznam"/>
        <w:rPr>
          <w:rFonts w:hint="eastAsia"/>
        </w:rPr>
      </w:pPr>
      <w:r>
        <w:t>Do you have any brothers or sisters?</w:t>
      </w:r>
    </w:p>
    <w:p w14:paraId="56D7EF1D" w14:textId="77777777" w:rsidR="002A19C4" w:rsidRDefault="00E50DB3">
      <w:pPr>
        <w:pStyle w:val="slovanseznam"/>
        <w:rPr>
          <w:rFonts w:hint="eastAsia"/>
        </w:rPr>
      </w:pPr>
      <w:r>
        <w:t>How often do you see your grandparents?</w:t>
      </w:r>
    </w:p>
    <w:p w14:paraId="34FD07EC" w14:textId="77777777" w:rsidR="002A19C4" w:rsidRDefault="00E50DB3">
      <w:pPr>
        <w:pStyle w:val="slovanseznam"/>
        <w:rPr>
          <w:rFonts w:hint="eastAsia"/>
        </w:rPr>
      </w:pPr>
      <w:r>
        <w:t>Can you describe someone in your family?</w:t>
      </w:r>
    </w:p>
    <w:p w14:paraId="6A25C126" w14:textId="77777777" w:rsidR="002A19C4" w:rsidRDefault="00E50DB3">
      <w:pPr>
        <w:pStyle w:val="slovanseznam"/>
        <w:rPr>
          <w:rFonts w:hint="eastAsia"/>
        </w:rPr>
      </w:pPr>
      <w:r>
        <w:t>Who are you closest to and why?</w:t>
      </w:r>
    </w:p>
    <w:p w14:paraId="456FB588" w14:textId="77777777" w:rsidR="002A19C4" w:rsidRDefault="00E50DB3">
      <w:pPr>
        <w:pStyle w:val="slovanseznam"/>
        <w:rPr>
          <w:rFonts w:hint="eastAsia"/>
        </w:rPr>
      </w:pPr>
      <w:r>
        <w:t>Do you take after your mother or your father?</w:t>
      </w:r>
    </w:p>
    <w:p w14:paraId="6993FD5E" w14:textId="77777777" w:rsidR="002A19C4" w:rsidRDefault="00E50DB3">
      <w:pPr>
        <w:pStyle w:val="slovanseznam"/>
        <w:rPr>
          <w:rFonts w:hint="eastAsia"/>
        </w:rPr>
      </w:pPr>
      <w:r>
        <w:t xml:space="preserve">Who </w:t>
      </w:r>
      <w:r>
        <w:t>do you ask for advice?</w:t>
      </w:r>
    </w:p>
    <w:p w14:paraId="6D6BEC9E" w14:textId="77777777" w:rsidR="002A19C4" w:rsidRDefault="00E50DB3">
      <w:pPr>
        <w:pStyle w:val="slovanseznam"/>
        <w:rPr>
          <w:rFonts w:hint="eastAsia"/>
        </w:rPr>
      </w:pPr>
      <w:r>
        <w:t>What household chores do you do?</w:t>
      </w:r>
    </w:p>
    <w:p w14:paraId="606151B2" w14:textId="77777777" w:rsidR="002A19C4" w:rsidRDefault="00E50DB3">
      <w:pPr>
        <w:pStyle w:val="slovanseznam"/>
        <w:rPr>
          <w:rFonts w:hint="eastAsia"/>
        </w:rPr>
      </w:pPr>
      <w:r>
        <w:t>Do you think chores are divided fairly?</w:t>
      </w:r>
    </w:p>
    <w:p w14:paraId="108813E0" w14:textId="77777777" w:rsidR="002A19C4" w:rsidRDefault="00E50DB3">
      <w:pPr>
        <w:pStyle w:val="slovanseznam"/>
        <w:rPr>
          <w:rFonts w:hint="eastAsia"/>
        </w:rPr>
      </w:pPr>
      <w:r>
        <w:t>What do you do with your family at weekends?</w:t>
      </w:r>
    </w:p>
    <w:p w14:paraId="4F6F35AA" w14:textId="77777777" w:rsidR="002A19C4" w:rsidRDefault="00E50DB3">
      <w:pPr>
        <w:pStyle w:val="slovanseznam"/>
        <w:rPr>
          <w:rFonts w:hint="eastAsia"/>
        </w:rPr>
      </w:pPr>
      <w:r>
        <w:t>What does your typical school day look like?</w:t>
      </w:r>
    </w:p>
    <w:p w14:paraId="786AAAEC" w14:textId="77777777" w:rsidR="002A19C4" w:rsidRDefault="00E50DB3">
      <w:pPr>
        <w:pStyle w:val="slovanseznam"/>
        <w:rPr>
          <w:rFonts w:hint="eastAsia"/>
        </w:rPr>
      </w:pPr>
      <w:r>
        <w:t>How do you commute to school?</w:t>
      </w:r>
    </w:p>
    <w:p w14:paraId="2F2C1CB7" w14:textId="77777777" w:rsidR="002A19C4" w:rsidRDefault="00E50DB3">
      <w:pPr>
        <w:pStyle w:val="slovanseznam"/>
        <w:rPr>
          <w:rFonts w:hint="eastAsia"/>
        </w:rPr>
      </w:pPr>
      <w:r>
        <w:t>Which school subject is most useful to y</w:t>
      </w:r>
      <w:r>
        <w:t>ou?</w:t>
      </w:r>
    </w:p>
    <w:p w14:paraId="4A56716C" w14:textId="77777777" w:rsidR="002A19C4" w:rsidRDefault="00E50DB3">
      <w:pPr>
        <w:pStyle w:val="slovanseznam"/>
        <w:rPr>
          <w:rFonts w:hint="eastAsia"/>
        </w:rPr>
      </w:pPr>
      <w:r>
        <w:t>What do you do after school?</w:t>
      </w:r>
    </w:p>
    <w:p w14:paraId="714A0703" w14:textId="77777777" w:rsidR="002A19C4" w:rsidRDefault="00E50DB3">
      <w:pPr>
        <w:pStyle w:val="slovanseznam"/>
        <w:rPr>
          <w:rFonts w:hint="eastAsia"/>
        </w:rPr>
      </w:pPr>
      <w:r>
        <w:t>What is your main hobby?</w:t>
      </w:r>
    </w:p>
    <w:p w14:paraId="3FFBE292" w14:textId="77777777" w:rsidR="002A19C4" w:rsidRDefault="00E50DB3">
      <w:pPr>
        <w:pStyle w:val="slovanseznam"/>
        <w:rPr>
          <w:rFonts w:hint="eastAsia"/>
        </w:rPr>
      </w:pPr>
      <w:r>
        <w:t>Have your hobbies changed since childhood?</w:t>
      </w:r>
    </w:p>
    <w:p w14:paraId="3D2FC4D8" w14:textId="77777777" w:rsidR="002A19C4" w:rsidRDefault="00E50DB3">
      <w:pPr>
        <w:pStyle w:val="slovanseznam"/>
        <w:rPr>
          <w:rFonts w:hint="eastAsia"/>
        </w:rPr>
      </w:pPr>
      <w:r>
        <w:t>How does your family celebrate Christmas or birthdays?</w:t>
      </w:r>
    </w:p>
    <w:p w14:paraId="6C9F6915" w14:textId="77777777" w:rsidR="002A19C4" w:rsidRDefault="00E50DB3">
      <w:pPr>
        <w:pStyle w:val="slovanseznam"/>
        <w:rPr>
          <w:rFonts w:hint="eastAsia"/>
        </w:rPr>
      </w:pPr>
      <w:r>
        <w:t>What do parents and teenagers sometimes argue about?</w:t>
      </w:r>
    </w:p>
    <w:p w14:paraId="3A8F49EF" w14:textId="77777777" w:rsidR="002A19C4" w:rsidRDefault="00E50DB3">
      <w:pPr>
        <w:pStyle w:val="slovanseznam"/>
        <w:rPr>
          <w:rFonts w:hint="eastAsia"/>
        </w:rPr>
      </w:pPr>
      <w:r>
        <w:t>How can family members solve conflicts?</w:t>
      </w:r>
    </w:p>
    <w:p w14:paraId="261420AE" w14:textId="77777777" w:rsidR="002A19C4" w:rsidRDefault="00E50DB3">
      <w:pPr>
        <w:pStyle w:val="slovanseznam"/>
        <w:rPr>
          <w:rFonts w:hint="eastAsia"/>
        </w:rPr>
      </w:pPr>
      <w:r>
        <w:t>What ca</w:t>
      </w:r>
      <w:r>
        <w:t>n grandparents teach younger people?</w:t>
      </w:r>
    </w:p>
    <w:p w14:paraId="6D36784B" w14:textId="77777777" w:rsidR="002A19C4" w:rsidRDefault="00E50DB3">
      <w:pPr>
        <w:pStyle w:val="slovanseznam"/>
        <w:rPr>
          <w:rFonts w:hint="eastAsia"/>
        </w:rPr>
      </w:pPr>
      <w:r>
        <w:t>Does technology help family relationships?</w:t>
      </w:r>
    </w:p>
    <w:p w14:paraId="5DB1C137" w14:textId="77777777" w:rsidR="002A19C4" w:rsidRDefault="00E50DB3">
      <w:pPr>
        <w:pStyle w:val="slovanseznam"/>
        <w:rPr>
          <w:rFonts w:hint="eastAsia"/>
        </w:rPr>
      </w:pPr>
      <w:r>
        <w:t>What makes a good parent?</w:t>
      </w:r>
    </w:p>
    <w:p w14:paraId="074E5172" w14:textId="77777777" w:rsidR="002A19C4" w:rsidRDefault="00E50DB3">
      <w:pPr>
        <w:pStyle w:val="slovanseznam"/>
        <w:rPr>
          <w:rFonts w:hint="eastAsia"/>
        </w:rPr>
      </w:pPr>
      <w:r>
        <w:t>Would you like to have a family of your own?</w:t>
      </w:r>
    </w:p>
    <w:p w14:paraId="62973C8E" w14:textId="77777777" w:rsidR="002A19C4" w:rsidRDefault="00E50DB3">
      <w:pPr>
        <w:pStyle w:val="slovanseznam"/>
        <w:rPr>
          <w:rFonts w:hint="eastAsia"/>
        </w:rPr>
      </w:pPr>
      <w:r>
        <w:t>What does family mean to you?</w:t>
      </w:r>
    </w:p>
    <w:p w14:paraId="5EFB11FD" w14:textId="77777777" w:rsidR="002A19C4" w:rsidRDefault="00E50DB3">
      <w:pPr>
        <w:pStyle w:val="Nadpis1"/>
      </w:pPr>
      <w:r>
        <w:t>My speaking plan</w:t>
      </w:r>
    </w:p>
    <w:tbl>
      <w:tblPr>
        <w:tblStyle w:val="Mkatabulky"/>
        <w:tblW w:w="0" w:type="auto"/>
        <w:tblLook w:val="04A0" w:firstRow="1" w:lastRow="0" w:firstColumn="1" w:lastColumn="0" w:noHBand="0" w:noVBand="1"/>
      </w:tblPr>
      <w:tblGrid>
        <w:gridCol w:w="4315"/>
        <w:gridCol w:w="4315"/>
      </w:tblGrid>
      <w:tr w:rsidR="002A19C4" w14:paraId="50E0E9AE" w14:textId="77777777">
        <w:tc>
          <w:tcPr>
            <w:tcW w:w="4320" w:type="dxa"/>
          </w:tcPr>
          <w:p w14:paraId="60EE0128" w14:textId="77777777" w:rsidR="002A19C4" w:rsidRDefault="00E50DB3">
            <w:pPr>
              <w:rPr>
                <w:rFonts w:hint="eastAsia"/>
              </w:rPr>
            </w:pPr>
            <w:r>
              <w:t>Part</w:t>
            </w:r>
          </w:p>
        </w:tc>
        <w:tc>
          <w:tcPr>
            <w:tcW w:w="4320" w:type="dxa"/>
          </w:tcPr>
          <w:p w14:paraId="25AF4B1A" w14:textId="77777777" w:rsidR="002A19C4" w:rsidRDefault="00E50DB3">
            <w:pPr>
              <w:rPr>
                <w:rFonts w:hint="eastAsia"/>
              </w:rPr>
            </w:pPr>
            <w:r>
              <w:t>My keywords</w:t>
            </w:r>
          </w:p>
        </w:tc>
      </w:tr>
      <w:tr w:rsidR="002A19C4" w14:paraId="286C1344" w14:textId="77777777">
        <w:tc>
          <w:tcPr>
            <w:tcW w:w="4320" w:type="dxa"/>
          </w:tcPr>
          <w:p w14:paraId="5F718BC1" w14:textId="77777777" w:rsidR="002A19C4" w:rsidRDefault="00E50DB3">
            <w:pPr>
              <w:rPr>
                <w:rFonts w:hint="eastAsia"/>
              </w:rPr>
            </w:pPr>
            <w:r>
              <w:t>Family in brief</w:t>
            </w:r>
          </w:p>
        </w:tc>
        <w:tc>
          <w:tcPr>
            <w:tcW w:w="4320" w:type="dxa"/>
          </w:tcPr>
          <w:p w14:paraId="220B5943" w14:textId="77777777" w:rsidR="002A19C4" w:rsidRDefault="00E50DB3">
            <w:pPr>
              <w:rPr>
                <w:rFonts w:hint="eastAsia"/>
              </w:rPr>
            </w:pPr>
            <w:r>
              <w:br/>
            </w:r>
            <w:r>
              <w:lastRenderedPageBreak/>
              <w:br/>
            </w:r>
          </w:p>
        </w:tc>
      </w:tr>
      <w:tr w:rsidR="002A19C4" w14:paraId="7109C2E5" w14:textId="77777777">
        <w:tc>
          <w:tcPr>
            <w:tcW w:w="4320" w:type="dxa"/>
          </w:tcPr>
          <w:p w14:paraId="552BECD2" w14:textId="77777777" w:rsidR="002A19C4" w:rsidRDefault="00E50DB3">
            <w:pPr>
              <w:rPr>
                <w:rFonts w:hint="eastAsia"/>
              </w:rPr>
            </w:pPr>
            <w:r>
              <w:lastRenderedPageBreak/>
              <w:t xml:space="preserve">Important </w:t>
            </w:r>
            <w:r>
              <w:t>person</w:t>
            </w:r>
          </w:p>
        </w:tc>
        <w:tc>
          <w:tcPr>
            <w:tcW w:w="4320" w:type="dxa"/>
          </w:tcPr>
          <w:p w14:paraId="11291B52" w14:textId="77777777" w:rsidR="002A19C4" w:rsidRDefault="00E50DB3">
            <w:pPr>
              <w:rPr>
                <w:rFonts w:hint="eastAsia"/>
              </w:rPr>
            </w:pPr>
            <w:r>
              <w:br/>
            </w:r>
            <w:r>
              <w:br/>
            </w:r>
          </w:p>
        </w:tc>
      </w:tr>
      <w:tr w:rsidR="002A19C4" w14:paraId="22BF0F75" w14:textId="77777777">
        <w:tc>
          <w:tcPr>
            <w:tcW w:w="4320" w:type="dxa"/>
          </w:tcPr>
          <w:p w14:paraId="1E86CE8B" w14:textId="77777777" w:rsidR="002A19C4" w:rsidRDefault="00E50DB3">
            <w:pPr>
              <w:rPr>
                <w:rFonts w:hint="eastAsia"/>
              </w:rPr>
            </w:pPr>
            <w:r>
              <w:t>Relationships</w:t>
            </w:r>
          </w:p>
        </w:tc>
        <w:tc>
          <w:tcPr>
            <w:tcW w:w="4320" w:type="dxa"/>
          </w:tcPr>
          <w:p w14:paraId="34AE6E02" w14:textId="77777777" w:rsidR="002A19C4" w:rsidRDefault="00E50DB3">
            <w:pPr>
              <w:rPr>
                <w:rFonts w:hint="eastAsia"/>
              </w:rPr>
            </w:pPr>
            <w:r>
              <w:br/>
            </w:r>
            <w:r>
              <w:br/>
            </w:r>
          </w:p>
        </w:tc>
      </w:tr>
      <w:tr w:rsidR="002A19C4" w14:paraId="68923EF2" w14:textId="77777777">
        <w:tc>
          <w:tcPr>
            <w:tcW w:w="4320" w:type="dxa"/>
          </w:tcPr>
          <w:p w14:paraId="16C0AEFC" w14:textId="77777777" w:rsidR="002A19C4" w:rsidRDefault="00E50DB3">
            <w:pPr>
              <w:rPr>
                <w:rFonts w:hint="eastAsia"/>
              </w:rPr>
            </w:pPr>
            <w:r>
              <w:t>Home and chores</w:t>
            </w:r>
          </w:p>
        </w:tc>
        <w:tc>
          <w:tcPr>
            <w:tcW w:w="4320" w:type="dxa"/>
          </w:tcPr>
          <w:p w14:paraId="7905A4DA" w14:textId="77777777" w:rsidR="002A19C4" w:rsidRDefault="00E50DB3">
            <w:pPr>
              <w:rPr>
                <w:rFonts w:hint="eastAsia"/>
              </w:rPr>
            </w:pPr>
            <w:r>
              <w:br/>
            </w:r>
            <w:r>
              <w:br/>
            </w:r>
          </w:p>
        </w:tc>
      </w:tr>
      <w:tr w:rsidR="002A19C4" w14:paraId="061EB145" w14:textId="77777777">
        <w:tc>
          <w:tcPr>
            <w:tcW w:w="4320" w:type="dxa"/>
          </w:tcPr>
          <w:p w14:paraId="4D85BE94" w14:textId="77777777" w:rsidR="002A19C4" w:rsidRDefault="00E50DB3">
            <w:pPr>
              <w:rPr>
                <w:rFonts w:hint="eastAsia"/>
              </w:rPr>
            </w:pPr>
            <w:r>
              <w:t>School day</w:t>
            </w:r>
          </w:p>
        </w:tc>
        <w:tc>
          <w:tcPr>
            <w:tcW w:w="4320" w:type="dxa"/>
          </w:tcPr>
          <w:p w14:paraId="1EED067D" w14:textId="77777777" w:rsidR="002A19C4" w:rsidRDefault="00E50DB3">
            <w:pPr>
              <w:rPr>
                <w:rFonts w:hint="eastAsia"/>
              </w:rPr>
            </w:pPr>
            <w:r>
              <w:br/>
            </w:r>
            <w:r>
              <w:br/>
            </w:r>
          </w:p>
        </w:tc>
      </w:tr>
      <w:tr w:rsidR="002A19C4" w14:paraId="5385DB2F" w14:textId="77777777">
        <w:tc>
          <w:tcPr>
            <w:tcW w:w="4320" w:type="dxa"/>
          </w:tcPr>
          <w:p w14:paraId="62835EF5" w14:textId="77777777" w:rsidR="002A19C4" w:rsidRDefault="00E50DB3">
            <w:pPr>
              <w:rPr>
                <w:rFonts w:hint="eastAsia"/>
              </w:rPr>
            </w:pPr>
            <w:r>
              <w:t>Hobbies and traditions</w:t>
            </w:r>
          </w:p>
        </w:tc>
        <w:tc>
          <w:tcPr>
            <w:tcW w:w="4320" w:type="dxa"/>
          </w:tcPr>
          <w:p w14:paraId="64DED45D" w14:textId="77777777" w:rsidR="002A19C4" w:rsidRDefault="00E50DB3">
            <w:pPr>
              <w:rPr>
                <w:rFonts w:hint="eastAsia"/>
              </w:rPr>
            </w:pPr>
            <w:r>
              <w:br/>
            </w:r>
            <w:r>
              <w:br/>
            </w:r>
          </w:p>
        </w:tc>
      </w:tr>
      <w:tr w:rsidR="002A19C4" w14:paraId="5043F46D" w14:textId="77777777">
        <w:tc>
          <w:tcPr>
            <w:tcW w:w="4320" w:type="dxa"/>
          </w:tcPr>
          <w:p w14:paraId="51368D63" w14:textId="77777777" w:rsidR="002A19C4" w:rsidRDefault="00E50DB3">
            <w:pPr>
              <w:rPr>
                <w:rFonts w:hint="eastAsia"/>
              </w:rPr>
            </w:pPr>
            <w:r>
              <w:t>Conflicts and solutions</w:t>
            </w:r>
          </w:p>
        </w:tc>
        <w:tc>
          <w:tcPr>
            <w:tcW w:w="4320" w:type="dxa"/>
          </w:tcPr>
          <w:p w14:paraId="34DAFDB6" w14:textId="77777777" w:rsidR="002A19C4" w:rsidRDefault="00E50DB3">
            <w:pPr>
              <w:rPr>
                <w:rFonts w:hint="eastAsia"/>
              </w:rPr>
            </w:pPr>
            <w:r>
              <w:br/>
            </w:r>
            <w:r>
              <w:br/>
            </w:r>
          </w:p>
        </w:tc>
      </w:tr>
      <w:tr w:rsidR="002A19C4" w14:paraId="64C1F8D3" w14:textId="77777777">
        <w:tc>
          <w:tcPr>
            <w:tcW w:w="4320" w:type="dxa"/>
          </w:tcPr>
          <w:p w14:paraId="5A04D41C" w14:textId="77777777" w:rsidR="002A19C4" w:rsidRDefault="00E50DB3">
            <w:pPr>
              <w:rPr>
                <w:rFonts w:hint="eastAsia"/>
              </w:rPr>
            </w:pPr>
            <w:r>
              <w:t>Opinion and future</w:t>
            </w:r>
          </w:p>
        </w:tc>
        <w:tc>
          <w:tcPr>
            <w:tcW w:w="4320" w:type="dxa"/>
          </w:tcPr>
          <w:p w14:paraId="064A2033" w14:textId="77777777" w:rsidR="002A19C4" w:rsidRDefault="00E50DB3">
            <w:pPr>
              <w:rPr>
                <w:rFonts w:hint="eastAsia"/>
              </w:rPr>
            </w:pPr>
            <w:r>
              <w:br/>
            </w:r>
            <w:r>
              <w:br/>
            </w:r>
          </w:p>
        </w:tc>
      </w:tr>
    </w:tbl>
    <w:p w14:paraId="0073AE9E" w14:textId="77777777" w:rsidR="002A19C4" w:rsidRDefault="00E50DB3">
      <w:pPr>
        <w:pStyle w:val="Nadpis1"/>
      </w:pPr>
      <w:r>
        <w:t>Final checklist</w:t>
      </w:r>
    </w:p>
    <w:p w14:paraId="70FE8F74" w14:textId="77777777" w:rsidR="002A19C4" w:rsidRDefault="00E50DB3">
      <w:pPr>
        <w:rPr>
          <w:rFonts w:hint="eastAsia"/>
        </w:rPr>
      </w:pPr>
      <w:r>
        <w:t>☐</w:t>
      </w:r>
      <w:r>
        <w:t xml:space="preserve"> I can introduce my immediate and extended family.</w:t>
      </w:r>
    </w:p>
    <w:p w14:paraId="70D24DD9" w14:textId="77777777" w:rsidR="002A19C4" w:rsidRDefault="00E50DB3">
      <w:pPr>
        <w:rPr>
          <w:rFonts w:hint="eastAsia"/>
        </w:rPr>
      </w:pPr>
      <w:r>
        <w:t>☐</w:t>
      </w:r>
      <w:r>
        <w:t xml:space="preserve"> I can describe one family member and </w:t>
      </w:r>
      <w:r>
        <w:t>give an example of their personality.</w:t>
      </w:r>
    </w:p>
    <w:p w14:paraId="4F017B30" w14:textId="77777777" w:rsidR="002A19C4" w:rsidRDefault="00E50DB3">
      <w:pPr>
        <w:rPr>
          <w:rFonts w:hint="eastAsia"/>
        </w:rPr>
      </w:pPr>
      <w:r>
        <w:t>☐</w:t>
      </w:r>
      <w:r>
        <w:t xml:space="preserve"> I can explain relationships using phrases such as get on well with, take after and rely on.</w:t>
      </w:r>
    </w:p>
    <w:p w14:paraId="06DFB5EF" w14:textId="77777777" w:rsidR="002A19C4" w:rsidRDefault="00E50DB3">
      <w:pPr>
        <w:rPr>
          <w:rFonts w:hint="eastAsia"/>
        </w:rPr>
      </w:pPr>
      <w:r>
        <w:t>☐</w:t>
      </w:r>
      <w:r>
        <w:t xml:space="preserve"> I can describe household chores and my typical school day.</w:t>
      </w:r>
    </w:p>
    <w:p w14:paraId="4F534EF7" w14:textId="77777777" w:rsidR="002A19C4" w:rsidRDefault="00E50DB3">
      <w:pPr>
        <w:rPr>
          <w:rFonts w:hint="eastAsia"/>
        </w:rPr>
      </w:pPr>
      <w:r>
        <w:t>☐</w:t>
      </w:r>
      <w:r>
        <w:t xml:space="preserve"> I can develop one hobby and a family tradition.</w:t>
      </w:r>
    </w:p>
    <w:p w14:paraId="4A093BF6" w14:textId="77777777" w:rsidR="002A19C4" w:rsidRDefault="00E50DB3">
      <w:pPr>
        <w:rPr>
          <w:rFonts w:hint="eastAsia"/>
        </w:rPr>
      </w:pPr>
      <w:r>
        <w:t>☐</w:t>
      </w:r>
      <w:r>
        <w:t xml:space="preserve"> I can </w:t>
      </w:r>
      <w:r>
        <w:t>explain one family disagreement and a possible solution.</w:t>
      </w:r>
    </w:p>
    <w:p w14:paraId="5F4E2B3A" w14:textId="77777777" w:rsidR="002A19C4" w:rsidRDefault="00E50DB3">
      <w:pPr>
        <w:rPr>
          <w:rFonts w:hint="eastAsia"/>
        </w:rPr>
      </w:pPr>
      <w:r>
        <w:t>☐</w:t>
      </w:r>
      <w:r>
        <w:t xml:space="preserve"> I can express an opinion about modern families and future plans.</w:t>
      </w:r>
    </w:p>
    <w:p w14:paraId="54DD2843" w14:textId="77777777" w:rsidR="002A19C4" w:rsidRDefault="00E50DB3">
      <w:pPr>
        <w:rPr>
          <w:rFonts w:hint="eastAsia"/>
        </w:rPr>
      </w:pPr>
      <w:r>
        <w:t>☐</w:t>
      </w:r>
      <w:r>
        <w:t xml:space="preserve"> I can support my answers with a reason and an example.</w:t>
      </w:r>
    </w:p>
    <w:sectPr w:rsidR="002A19C4" w:rsidSect="00034616">
      <w:pgSz w:w="12240" w:h="15840"/>
      <w:pgMar w:top="1037" w:right="1800" w:bottom="1008" w:left="180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A19C4"/>
    <w:rsid w:val="00326F90"/>
    <w:rsid w:val="00AA1D8D"/>
    <w:rsid w:val="00B47730"/>
    <w:rsid w:val="00CB0664"/>
    <w:rsid w:val="00E50D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356039"/>
  <w14:defaultImageDpi w14:val="300"/>
  <w15:docId w15:val="{7E7BE83D-81BC-4B2B-8A1A-725D29A41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100"/>
    </w:pPr>
    <w:rPr>
      <w:rFonts w:ascii="Aptos" w:hAnsi="Aptos"/>
      <w:color w:val="183250"/>
      <w:sz w:val="20"/>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265B87"/>
      <w:sz w:val="30"/>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265B87"/>
      <w:sz w:val="22"/>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265B87"/>
      <w:spacing w:val="5"/>
      <w:kern w:val="28"/>
      <w:sz w:val="46"/>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1862</Words>
  <Characters>10986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Veronika Klikarová</cp:lastModifiedBy>
  <cp:revision>2</cp:revision>
  <dcterms:created xsi:type="dcterms:W3CDTF">2026-10-20T15:27:00Z</dcterms:created>
  <dcterms:modified xsi:type="dcterms:W3CDTF">2026-10-20T15:27:00Z</dcterms:modified>
  <cp:category/>
</cp:coreProperties>
</file>